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5342D" w14:textId="77777777" w:rsidR="002325B1" w:rsidRPr="00AB6B81" w:rsidRDefault="009B7540">
      <w:pPr>
        <w:jc w:val="center"/>
        <w:rPr>
          <w:sz w:val="22"/>
          <w:szCs w:val="24"/>
        </w:rPr>
      </w:pPr>
      <w:r>
        <w:rPr>
          <w:noProof/>
          <w:sz w:val="22"/>
          <w:szCs w:val="24"/>
        </w:rPr>
        <w:drawing>
          <wp:inline distT="0" distB="0" distL="0" distR="0" wp14:anchorId="4C191DD8" wp14:editId="7A9AC62D">
            <wp:extent cx="2592000" cy="89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LCR (1).png"/>
                    <pic:cNvPicPr/>
                  </pic:nvPicPr>
                  <pic:blipFill>
                    <a:blip r:embed="rId8"/>
                    <a:stretch>
                      <a:fillRect/>
                    </a:stretch>
                  </pic:blipFill>
                  <pic:spPr>
                    <a:xfrm>
                      <a:off x="0" y="0"/>
                      <a:ext cx="2592000" cy="890125"/>
                    </a:xfrm>
                    <a:prstGeom prst="rect">
                      <a:avLst/>
                    </a:prstGeom>
                  </pic:spPr>
                </pic:pic>
              </a:graphicData>
            </a:graphic>
          </wp:inline>
        </w:drawing>
      </w:r>
    </w:p>
    <w:p w14:paraId="73BF6136" w14:textId="77777777" w:rsidR="002325B1" w:rsidRPr="00AB6B81" w:rsidRDefault="002325B1">
      <w:pPr>
        <w:spacing w:after="160" w:line="259" w:lineRule="auto"/>
        <w:rPr>
          <w:sz w:val="22"/>
          <w:szCs w:val="24"/>
        </w:rPr>
      </w:pPr>
    </w:p>
    <w:p w14:paraId="0D71E7D6" w14:textId="77777777" w:rsidR="00940B99" w:rsidRDefault="009B7540">
      <w:pPr>
        <w:jc w:val="center"/>
        <w:rPr>
          <w:b/>
          <w:color w:val="006C2E"/>
          <w:sz w:val="38"/>
          <w:szCs w:val="24"/>
          <w:lang w:val="es-EC"/>
        </w:rPr>
      </w:pPr>
      <w:r>
        <w:rPr>
          <w:b/>
          <w:color w:val="00953E"/>
          <w:sz w:val="48"/>
          <w:szCs w:val="24"/>
          <w:lang w:val="es-EC"/>
        </w:rPr>
        <w:t>FORMULARIO ARSO+</w:t>
        <w:br/>
      </w:r>
    </w:p>
    <w:p w14:paraId="10013DAB" w14:textId="33BA4EE8" w:rsidR="002325B1" w:rsidRPr="004E2740" w:rsidRDefault="009B7540">
      <w:pPr>
        <w:jc w:val="center"/>
        <w:rPr>
          <w:b/>
          <w:color w:val="F08A01"/>
          <w:sz w:val="32"/>
          <w:szCs w:val="24"/>
          <w:lang w:val="es-EC"/>
        </w:rPr>
      </w:pPr>
      <w:r>
        <w:rPr>
          <w:b/>
          <w:color w:val="006C2E"/>
          <w:sz w:val="38"/>
          <w:szCs w:val="24"/>
          <w:lang w:val="es-EC"/>
        </w:rPr>
        <w:t>EJERCICIO DE DERECHOS DE TITULARES</w:t>
        <w:br/>
        <w:t>PROTECCIÓN DE DATOS PERSONALES</w:t>
      </w:r>
    </w:p>
    <w:p w14:paraId="34FEF2ED" w14:textId="77777777" w:rsidR="00940B99" w:rsidRDefault="00940B99" w:rsidP="004238DB">
      <w:pPr>
        <w:spacing w:after="120" w:line="259" w:lineRule="auto"/>
        <w:jc w:val="center"/>
        <w:rPr>
          <w:rFonts w:cs="Liberation Sans"/>
          <w:b/>
          <w:sz w:val="30"/>
          <w:szCs w:val="24"/>
          <w:lang w:val="es-EC"/>
        </w:rPr>
      </w:pPr>
    </w:p>
    <w:p w14:paraId="344A01DF" w14:textId="41C81CA0" w:rsidR="004238DB" w:rsidRDefault="004238DB" w:rsidP="004238DB">
      <w:pPr>
        <w:spacing w:after="120" w:line="259" w:lineRule="auto"/>
        <w:jc w:val="center"/>
        <w:rPr>
          <w:rFonts w:cs="Liberation Sans"/>
          <w:b/>
          <w:sz w:val="30"/>
          <w:szCs w:val="24"/>
          <w:lang w:val="es-EC"/>
        </w:rPr>
      </w:pPr>
      <w:r>
        <w:rPr>
          <w:rFonts w:cs="Liberation Sans"/>
          <w:b/>
          <w:sz w:val="30"/>
          <w:szCs w:val="24"/>
          <w:lang w:val="es-EC"/>
        </w:rPr>
        <w:t>FRANQUICIAS ALIMENTICIAS FRANCEB CIA. LTDA.</w:t>
      </w:r>
    </w:p>
    <w:p w14:paraId="1DF4C29E" w14:textId="13A27F97" w:rsidR="00242AF1" w:rsidRDefault="00856DE1" w:rsidP="00E0033B">
      <w:pPr>
        <w:jc w:val="center"/>
        <w:rPr>
          <w:rFonts w:cs="Liberation Sans"/>
          <w:b/>
          <w:sz w:val="30"/>
          <w:szCs w:val="24"/>
          <w:lang w:val="es-EC"/>
        </w:rPr>
      </w:pPr>
      <w:r>
        <w:rPr>
          <w:rFonts w:cs="Liberation Sans"/>
          <w:b/>
          <w:sz w:val="30"/>
          <w:szCs w:val="24"/>
          <w:lang w:val="es-EC"/>
        </w:rPr>
        <w:t xml:space="preserve">LCR PRODUCTOS &amp; SERVICIOS CIA. LTDA. </w:t>
      </w:r>
    </w:p>
    <w:p w14:paraId="5C0574A2" w14:textId="58584E35" w:rsidR="00E0033B" w:rsidRDefault="00E0033B" w:rsidP="00E0033B">
      <w:pPr>
        <w:jc w:val="center"/>
        <w:rPr>
          <w:rFonts w:cs="Liberation Sans"/>
          <w:b/>
          <w:sz w:val="30"/>
          <w:szCs w:val="24"/>
          <w:lang w:val="es-EC"/>
        </w:rPr>
      </w:pPr>
    </w:p>
    <w:p w14:paraId="4EBD1B8C" w14:textId="47D6B0F6" w:rsidR="00E0033B" w:rsidRDefault="00E0033B" w:rsidP="00E0033B">
      <w:pPr>
        <w:jc w:val="center"/>
        <w:rPr>
          <w:rFonts w:cs="Liberation Sans"/>
          <w:b/>
          <w:sz w:val="30"/>
          <w:szCs w:val="24"/>
          <w:lang w:val="es-EC"/>
        </w:rPr>
      </w:pPr>
    </w:p>
    <w:p w14:paraId="124FA4D0" w14:textId="14727211" w:rsidR="00E0033B" w:rsidRDefault="00E0033B" w:rsidP="00E0033B">
      <w:pPr>
        <w:jc w:val="center"/>
        <w:rPr>
          <w:rFonts w:cs="Liberation Sans"/>
          <w:b/>
          <w:sz w:val="30"/>
          <w:szCs w:val="24"/>
          <w:lang w:val="es-EC"/>
        </w:rPr>
      </w:pPr>
    </w:p>
    <w:p w14:paraId="058EB9FD" w14:textId="77777777" w:rsidR="00E0033B" w:rsidRPr="00856DE1" w:rsidRDefault="00E0033B" w:rsidP="00E0033B">
      <w:pPr>
        <w:jc w:val="center"/>
        <w:rPr>
          <w:rFonts w:cs="Liberation Sans"/>
          <w:b/>
          <w:sz w:val="30"/>
          <w:szCs w:val="24"/>
          <w:lang w:val="es-EC"/>
        </w:rPr>
      </w:pPr>
    </w:p>
    <w:p w14:paraId="2E17D638" w14:textId="77777777" w:rsidR="00DA11C7" w:rsidRPr="00AB31C6" w:rsidRDefault="00DA11C7">
      <w:pPr>
        <w:jc w:val="center"/>
        <w:rPr>
          <w:b/>
          <w:color w:val="F08A01"/>
          <w:sz w:val="32"/>
          <w:szCs w:val="24"/>
          <w:lang w:val="es-EC"/>
        </w:rPr>
      </w:pPr>
    </w:p>
    <w:p w14:paraId="0BDCD273" w14:textId="77777777" w:rsidR="00DA11C7" w:rsidRPr="00AB31C6" w:rsidRDefault="00DA11C7">
      <w:pPr>
        <w:jc w:val="center"/>
        <w:rPr>
          <w:b/>
          <w:color w:val="F08A01"/>
          <w:sz w:val="32"/>
          <w:szCs w:val="24"/>
          <w:lang w:val="es-EC"/>
        </w:rPr>
      </w:pPr>
    </w:p>
    <w:p w14:paraId="4C4B9870" w14:textId="77777777" w:rsidR="00DA11C7" w:rsidRPr="00AB31C6" w:rsidRDefault="00DA11C7" w:rsidP="00DA11C7">
      <w:pPr>
        <w:spacing w:after="120" w:line="259" w:lineRule="auto"/>
        <w:rPr>
          <w:sz w:val="26"/>
          <w:szCs w:val="32"/>
          <w:lang w:val="es-EC"/>
        </w:rPr>
      </w:pPr>
    </w:p>
    <w:p w14:paraId="0B23CCD1" w14:textId="77777777" w:rsidR="00DA11C7" w:rsidRPr="00AB6B81" w:rsidRDefault="00DA11C7" w:rsidP="00DA11C7">
      <w:pPr>
        <w:spacing w:after="120" w:line="259" w:lineRule="auto"/>
        <w:jc w:val="center"/>
        <w:rPr>
          <w:sz w:val="34"/>
          <w:szCs w:val="48"/>
          <w:lang w:val="es-EC"/>
        </w:rPr>
      </w:pPr>
      <w:r>
        <w:rPr>
          <w:sz w:val="34"/>
          <w:szCs w:val="48"/>
          <w:lang w:val="es-EC"/>
        </w:rPr>
        <w:t>Versión 1.0</w:t>
      </w:r>
    </w:p>
    <w:p w14:paraId="77753661" w14:textId="77777777" w:rsidR="00DA11C7" w:rsidRPr="00AB6B81" w:rsidRDefault="00DA11C7" w:rsidP="00DA11C7">
      <w:pPr>
        <w:spacing w:after="120" w:line="259" w:lineRule="auto"/>
        <w:rPr>
          <w:sz w:val="26"/>
          <w:szCs w:val="32"/>
          <w:lang w:val="es-EC"/>
        </w:rPr>
      </w:pPr>
    </w:p>
    <w:p w14:paraId="2B5BFF29" w14:textId="77777777" w:rsidR="00DA11C7" w:rsidRPr="00AB6B81" w:rsidRDefault="00DA11C7" w:rsidP="00DA11C7">
      <w:pPr>
        <w:spacing w:after="120" w:line="259" w:lineRule="auto"/>
        <w:rPr>
          <w:b/>
          <w:bCs/>
          <w:color w:val="00B050"/>
          <w:sz w:val="54"/>
          <w:szCs w:val="72"/>
          <w:lang w:val="es-EC"/>
        </w:rPr>
      </w:pPr>
    </w:p>
    <w:p w14:paraId="2E582BFB" w14:textId="77777777" w:rsidR="00DA11C7" w:rsidRPr="00AB6B81" w:rsidRDefault="00DA11C7" w:rsidP="00DA11C7">
      <w:pPr>
        <w:spacing w:after="120" w:line="259" w:lineRule="auto"/>
        <w:rPr>
          <w:b/>
          <w:bCs/>
          <w:color w:val="00B050"/>
          <w:sz w:val="54"/>
          <w:szCs w:val="72"/>
          <w:lang w:val="es-EC"/>
        </w:rPr>
      </w:pPr>
    </w:p>
    <w:p w14:paraId="01D70D2D" w14:textId="77777777" w:rsidR="00FA7AFE" w:rsidRPr="00AB6B81" w:rsidRDefault="00FA7AFE" w:rsidP="00DA11C7">
      <w:pPr>
        <w:spacing w:after="120" w:line="259" w:lineRule="auto"/>
        <w:rPr>
          <w:b/>
          <w:bCs/>
          <w:color w:val="00B050"/>
          <w:sz w:val="54"/>
          <w:szCs w:val="72"/>
          <w:lang w:val="es-EC"/>
        </w:rPr>
      </w:pPr>
    </w:p>
    <w:p w14:paraId="24F1D321" w14:textId="77777777" w:rsidR="00DA11C7" w:rsidRPr="00AB6B81" w:rsidRDefault="00DA11C7" w:rsidP="00DA11C7">
      <w:pPr>
        <w:spacing w:after="120" w:line="259" w:lineRule="auto"/>
        <w:jc w:val="center"/>
        <w:rPr>
          <w:rFonts w:ascii="Montserrat" w:eastAsia="Times New Roman" w:hAnsi="Montserrat"/>
          <w:caps/>
          <w:color w:val="FFFFFF"/>
          <w:sz w:val="28"/>
          <w:szCs w:val="32"/>
          <w:lang w:val="es-EC"/>
        </w:rPr>
      </w:pPr>
      <w:r>
        <w:rPr>
          <w:b/>
          <w:bCs/>
          <w:color w:val="00B050"/>
          <w:sz w:val="54"/>
          <w:szCs w:val="72"/>
          <w:lang w:val="es-EC"/>
        </w:rPr>
        <w:lastRenderedPageBreak/>
        <w:t>El auténtico sabor del mar</w:t>
      </w:r>
      <w:r>
        <w:rPr>
          <w:sz w:val="26"/>
          <w:szCs w:val="32"/>
          <w:lang w:val="es-EC"/>
        </w:rPr>
        <w:br/>
      </w:r>
      <w:r>
        <w:rPr>
          <w:rFonts w:ascii="Montserrat" w:hAnsi="Montserrat"/>
          <w:b/>
          <w:bCs/>
          <w:caps/>
          <w:color w:val="F18A00"/>
          <w:sz w:val="40"/>
          <w:szCs w:val="44"/>
          <w:lang w:val="es-EC"/>
        </w:rPr>
        <w:t>Directo a tu mesa</w:t>
      </w:r>
    </w:p>
    <w:p w14:paraId="790A7BE1" w14:textId="77777777" w:rsidR="00DA11C7" w:rsidRPr="004E2740" w:rsidRDefault="00DA11C7" w:rsidP="00DA11C7">
      <w:pPr>
        <w:rPr>
          <w:b/>
          <w:color w:val="F08A01"/>
          <w:sz w:val="32"/>
          <w:szCs w:val="24"/>
          <w:lang w:val="es-EC"/>
        </w:rPr>
      </w:pPr>
    </w:p>
    <w:p w14:paraId="4131CCDD" w14:textId="77777777" w:rsidR="00F836EB" w:rsidRPr="00F836EB" w:rsidRDefault="00F836EB" w:rsidP="00F836EB">
      <w:pPr>
        <w:keepNext/>
        <w:keepLines/>
        <w:spacing w:before="240" w:after="120" w:line="259" w:lineRule="auto"/>
        <w:outlineLvl w:val="0"/>
        <w:rPr>
          <w:rFonts w:asciiTheme="majorHAnsi" w:eastAsiaTheme="majorEastAsia" w:hAnsiTheme="majorHAnsi" w:cstheme="majorBidi"/>
          <w:b/>
          <w:bCs/>
          <w:color w:val="00953E"/>
          <w:sz w:val="36"/>
          <w:szCs w:val="32"/>
          <w:lang w:val="es-EC"/>
        </w:rPr>
      </w:pPr>
      <w:bookmarkStart w:id="0" w:name="_Toc228268496"/>
      <w:r>
        <w:rPr>
          <w:rFonts w:cs="Liberation Sans"/>
          <w:b/>
          <w:bCs/>
          <w:color w:val="00953E"/>
          <w:sz w:val="34"/>
          <w:szCs w:val="30"/>
          <w:lang w:val="es-EC"/>
        </w:rPr>
        <w:t>Control de versiones y aprobación</w:t>
      </w:r>
      <w:bookmarkEnd w:id="0"/>
      <w:r>
        <w:rPr>
          <w:rFonts w:cs="Liberation Sans"/>
          <w:b/>
          <w:bCs/>
          <w:color w:val="00953E"/>
          <w:sz w:val="34"/>
          <w:szCs w:val="30"/>
          <w:lang w:val="es-EC"/>
        </w:rPr>
        <w:t>.</w:t>
      </w:r>
    </w:p>
    <w:tbl>
      <w:tblPr>
        <w:tblStyle w:val="Tablaconcuadrcula1"/>
        <w:tblW w:w="0" w:type="auto"/>
        <w:jc w:val="center"/>
        <w:tblLook w:val="04A0" w:firstRow="1" w:lastRow="0" w:firstColumn="1" w:lastColumn="0" w:noHBand="0" w:noVBand="1"/>
      </w:tblPr>
      <w:tblGrid>
        <w:gridCol w:w="987"/>
        <w:gridCol w:w="1380"/>
        <w:gridCol w:w="3880"/>
        <w:gridCol w:w="1937"/>
        <w:gridCol w:w="2006"/>
      </w:tblGrid>
      <w:tr w:rsidR="00F836EB" w:rsidRPr="00F836EB" w14:paraId="27E70E9F" w14:textId="77777777" w:rsidTr="00F836EB">
        <w:trPr>
          <w:tblHeader/>
          <w:jc w:val="center"/>
        </w:trPr>
        <w:tc>
          <w:tcPr>
            <w:tcW w:w="1008" w:type="dxa"/>
            <w:tcBorders>
              <w:top w:val="single" w:sz="6" w:space="0" w:color="006C2E"/>
              <w:left w:val="single" w:sz="4" w:space="0" w:color="006C2E"/>
              <w:bottom w:val="single" w:sz="6" w:space="0" w:color="006C2E"/>
              <w:right w:val="single" w:sz="4" w:space="0" w:color="006C2E"/>
            </w:tcBorders>
            <w:shd w:val="clear" w:color="auto" w:fill="00953E"/>
            <w:vAlign w:val="center"/>
          </w:tcPr>
          <w:p w14:paraId="2E8D1F37" w14:textId="77777777" w:rsidR="00F836EB" w:rsidRPr="00F836EB" w:rsidRDefault="00F836EB" w:rsidP="00F836EB">
            <w:pPr>
              <w:spacing w:after="20" w:line="259" w:lineRule="auto"/>
              <w:jc w:val="center"/>
              <w:rPr>
                <w:sz w:val="22"/>
                <w:szCs w:val="24"/>
              </w:rPr>
            </w:pPr>
            <w:r>
              <w:rPr>
                <w:rFonts w:cs="Liberation Sans"/>
                <w:b/>
                <w:color w:val="FFFFFF"/>
                <w:sz w:val="19"/>
                <w:szCs w:val="24"/>
              </w:rPr>
              <w:t>Versión</w:t>
            </w:r>
          </w:p>
        </w:tc>
        <w:tc>
          <w:tcPr>
            <w:tcW w:w="1440" w:type="dxa"/>
            <w:tcBorders>
              <w:top w:val="single" w:sz="6" w:space="0" w:color="006C2E"/>
              <w:left w:val="single" w:sz="4" w:space="0" w:color="006C2E"/>
              <w:bottom w:val="single" w:sz="6" w:space="0" w:color="006C2E"/>
              <w:right w:val="single" w:sz="4" w:space="0" w:color="006C2E"/>
            </w:tcBorders>
            <w:shd w:val="clear" w:color="auto" w:fill="00953E"/>
            <w:vAlign w:val="center"/>
          </w:tcPr>
          <w:p w14:paraId="76F34E27" w14:textId="77777777" w:rsidR="00F836EB" w:rsidRPr="00F836EB" w:rsidRDefault="00F836EB" w:rsidP="00F836EB">
            <w:pPr>
              <w:spacing w:after="20" w:line="259" w:lineRule="auto"/>
              <w:jc w:val="center"/>
              <w:rPr>
                <w:sz w:val="22"/>
                <w:szCs w:val="24"/>
              </w:rPr>
            </w:pPr>
            <w:r>
              <w:rPr>
                <w:rFonts w:cs="Liberation Sans"/>
                <w:b/>
                <w:color w:val="FFFFFF"/>
                <w:sz w:val="19"/>
                <w:szCs w:val="24"/>
              </w:rPr>
              <w:t>Fecha</w:t>
            </w:r>
          </w:p>
        </w:tc>
        <w:tc>
          <w:tcPr>
            <w:tcW w:w="4608" w:type="dxa"/>
            <w:tcBorders>
              <w:top w:val="single" w:sz="6" w:space="0" w:color="006C2E"/>
              <w:left w:val="single" w:sz="4" w:space="0" w:color="006C2E"/>
              <w:bottom w:val="single" w:sz="6" w:space="0" w:color="006C2E"/>
              <w:right w:val="single" w:sz="4" w:space="0" w:color="006C2E"/>
            </w:tcBorders>
            <w:shd w:val="clear" w:color="auto" w:fill="00953E"/>
            <w:vAlign w:val="center"/>
          </w:tcPr>
          <w:p w14:paraId="6F0A31D0" w14:textId="77777777" w:rsidR="00F836EB" w:rsidRPr="00F836EB" w:rsidRDefault="00F836EB" w:rsidP="00F836EB">
            <w:pPr>
              <w:spacing w:after="20" w:line="259" w:lineRule="auto"/>
              <w:jc w:val="center"/>
              <w:rPr>
                <w:sz w:val="22"/>
                <w:szCs w:val="24"/>
              </w:rPr>
            </w:pPr>
            <w:r>
              <w:rPr>
                <w:rFonts w:cs="Liberation Sans"/>
                <w:b/>
                <w:color w:val="FFFFFF"/>
                <w:sz w:val="19"/>
                <w:szCs w:val="24"/>
              </w:rPr>
              <w:t>Descripción</w:t>
            </w:r>
          </w:p>
        </w:tc>
        <w:tc>
          <w:tcPr>
            <w:tcW w:w="2160" w:type="dxa"/>
            <w:tcBorders>
              <w:top w:val="single" w:sz="6" w:space="0" w:color="006C2E"/>
              <w:left w:val="single" w:sz="4" w:space="0" w:color="006C2E"/>
              <w:bottom w:val="single" w:sz="6" w:space="0" w:color="006C2E"/>
              <w:right w:val="single" w:sz="4" w:space="0" w:color="006C2E"/>
            </w:tcBorders>
            <w:shd w:val="clear" w:color="auto" w:fill="00953E"/>
            <w:vAlign w:val="center"/>
          </w:tcPr>
          <w:p w14:paraId="7525FE4E" w14:textId="77777777" w:rsidR="00F836EB" w:rsidRPr="00F836EB" w:rsidRDefault="00F836EB" w:rsidP="00F836EB">
            <w:pPr>
              <w:spacing w:after="20" w:line="259" w:lineRule="auto"/>
              <w:jc w:val="center"/>
              <w:rPr>
                <w:sz w:val="22"/>
                <w:szCs w:val="24"/>
              </w:rPr>
            </w:pPr>
            <w:r>
              <w:rPr>
                <w:rFonts w:cs="Liberation Sans"/>
                <w:b/>
                <w:color w:val="FFFFFF"/>
                <w:sz w:val="19"/>
                <w:szCs w:val="24"/>
              </w:rPr>
              <w:t xml:space="preserve">Elaborado por</w:t>
            </w:r>
          </w:p>
        </w:tc>
        <w:tc>
          <w:tcPr>
            <w:tcW w:w="2160" w:type="dxa"/>
            <w:tcBorders>
              <w:top w:val="single" w:sz="6" w:space="0" w:color="006C2E"/>
              <w:left w:val="single" w:sz="4" w:space="0" w:color="006C2E"/>
              <w:bottom w:val="single" w:sz="6" w:space="0" w:color="006C2E"/>
              <w:right w:val="single" w:sz="4" w:space="0" w:color="006C2E"/>
            </w:tcBorders>
            <w:shd w:val="clear" w:color="auto" w:fill="00953E"/>
            <w:vAlign w:val="center"/>
          </w:tcPr>
          <w:p w14:paraId="4D99FF61" w14:textId="77777777" w:rsidR="00F836EB" w:rsidRPr="00F836EB" w:rsidRDefault="00F836EB" w:rsidP="00F836EB">
            <w:pPr>
              <w:spacing w:after="20" w:line="259" w:lineRule="auto"/>
              <w:jc w:val="center"/>
              <w:rPr>
                <w:sz w:val="22"/>
                <w:szCs w:val="24"/>
              </w:rPr>
            </w:pPr>
            <w:r>
              <w:rPr>
                <w:rFonts w:cs="Liberation Sans"/>
                <w:b/>
                <w:color w:val="FFFFFF"/>
                <w:sz w:val="19"/>
                <w:szCs w:val="24"/>
              </w:rPr>
              <w:t xml:space="preserve">Aprobado por</w:t>
            </w:r>
          </w:p>
        </w:tc>
      </w:tr>
      <w:tr w:rsidR="00F836EB" w:rsidRPr="00F836EB" w14:paraId="2DF471CF" w14:textId="77777777" w:rsidTr="00F836EB">
        <w:trPr>
          <w:jc w:val="center"/>
        </w:trPr>
        <w:tc>
          <w:tcPr>
            <w:tcW w:w="1008" w:type="dxa"/>
            <w:tcBorders>
              <w:top w:val="single" w:sz="3" w:space="0" w:color="DEE8E2"/>
              <w:left w:val="single" w:sz="3" w:space="0" w:color="DEE8E2"/>
              <w:bottom w:val="single" w:sz="3" w:space="0" w:color="DEE8E2"/>
              <w:right w:val="single" w:sz="3" w:space="0" w:color="DEE8E2"/>
            </w:tcBorders>
            <w:vAlign w:val="center"/>
          </w:tcPr>
          <w:p w14:paraId="6628B031" w14:textId="77777777" w:rsidR="00F836EB" w:rsidRPr="00F836EB" w:rsidRDefault="00F836EB" w:rsidP="00F836EB">
            <w:pPr>
              <w:spacing w:after="20"/>
              <w:jc w:val="center"/>
              <w:rPr>
                <w:sz w:val="22"/>
                <w:szCs w:val="24"/>
              </w:rPr>
            </w:pPr>
            <w:r>
              <w:rPr>
                <w:rFonts w:cs="Liberation Sans"/>
                <w:sz w:val="19"/>
                <w:szCs w:val="24"/>
              </w:rPr>
              <w:t>1.0</w:t>
            </w:r>
          </w:p>
        </w:tc>
        <w:tc>
          <w:tcPr>
            <w:tcW w:w="1440" w:type="dxa"/>
            <w:tcBorders>
              <w:top w:val="single" w:sz="3" w:space="0" w:color="DEE8E2"/>
              <w:left w:val="single" w:sz="3" w:space="0" w:color="DEE8E2"/>
              <w:bottom w:val="single" w:sz="3" w:space="0" w:color="DEE8E2"/>
              <w:right w:val="single" w:sz="3" w:space="0" w:color="DEE8E2"/>
            </w:tcBorders>
            <w:vAlign w:val="center"/>
          </w:tcPr>
          <w:p w14:paraId="41FC3E1D" w14:textId="77777777" w:rsidR="00F836EB" w:rsidRPr="00F836EB" w:rsidRDefault="00F836EB" w:rsidP="00F836EB">
            <w:pPr>
              <w:spacing w:after="20"/>
              <w:jc w:val="center"/>
              <w:rPr>
                <w:sz w:val="22"/>
                <w:szCs w:val="24"/>
              </w:rPr>
            </w:pPr>
            <w:r>
              <w:rPr>
                <w:rFonts w:cs="Liberation Sans"/>
                <w:sz w:val="19"/>
                <w:szCs w:val="24"/>
              </w:rPr>
              <w:t>27/04/2026</w:t>
            </w:r>
          </w:p>
        </w:tc>
        <w:tc>
          <w:tcPr>
            <w:tcW w:w="4608" w:type="dxa"/>
            <w:tcBorders>
              <w:top w:val="single" w:sz="3" w:space="0" w:color="DEE8E2"/>
              <w:left w:val="single" w:sz="3" w:space="0" w:color="DEE8E2"/>
              <w:bottom w:val="single" w:sz="3" w:space="0" w:color="DEE8E2"/>
              <w:right w:val="single" w:sz="3" w:space="0" w:color="DEE8E2"/>
            </w:tcBorders>
            <w:vAlign w:val="center"/>
          </w:tcPr>
          <w:p w14:paraId="04E7B11C" w14:textId="456ABEA8" w:rsidR="00F836EB" w:rsidRPr="00F836EB" w:rsidRDefault="00F836EB" w:rsidP="00F836EB">
            <w:pPr>
              <w:spacing w:after="20"/>
              <w:rPr>
                <w:sz w:val="22"/>
                <w:szCs w:val="24"/>
                <w:lang w:val="es-EC"/>
              </w:rPr>
            </w:pPr>
            <w:r>
              <w:rPr>
                <w:rFonts w:cs="Liberation Sans"/>
                <w:sz w:val="19"/>
                <w:szCs w:val="24"/>
                <w:lang w:val="es-EC"/>
              </w:rPr>
              <w:t>Emisión inicial del formulario ARSO+ ejercicio de derechos de titulares.</w:t>
            </w:r>
          </w:p>
        </w:tc>
        <w:tc>
          <w:tcPr>
            <w:tcW w:w="2160" w:type="dxa"/>
            <w:tcBorders>
              <w:top w:val="single" w:sz="3" w:space="0" w:color="DEE8E2"/>
              <w:left w:val="single" w:sz="3" w:space="0" w:color="DEE8E2"/>
              <w:bottom w:val="single" w:sz="3" w:space="0" w:color="DEE8E2"/>
              <w:right w:val="single" w:sz="3" w:space="0" w:color="DEE8E2"/>
            </w:tcBorders>
            <w:vAlign w:val="center"/>
          </w:tcPr>
          <w:p w14:paraId="47823917" w14:textId="77777777" w:rsidR="00F836EB" w:rsidRPr="00F836EB" w:rsidRDefault="00F836EB" w:rsidP="00F836EB">
            <w:pPr>
              <w:spacing w:after="20"/>
              <w:rPr>
                <w:sz w:val="22"/>
                <w:szCs w:val="24"/>
                <w:lang w:val="es-EC"/>
              </w:rPr>
            </w:pPr>
            <w:r>
              <w:rPr>
                <w:rFonts w:cs="Liberation Sans"/>
                <w:sz w:val="19"/>
                <w:szCs w:val="24"/>
                <w:lang w:val="es-EC"/>
              </w:rPr>
              <w:t>Asesores externos en protección de datos personales</w:t>
            </w:r>
          </w:p>
        </w:tc>
        <w:tc>
          <w:tcPr>
            <w:tcW w:w="2160" w:type="dxa"/>
            <w:tcBorders>
              <w:top w:val="single" w:sz="3" w:space="0" w:color="DEE8E2"/>
              <w:left w:val="single" w:sz="3" w:space="0" w:color="DEE8E2"/>
              <w:bottom w:val="single" w:sz="3" w:space="0" w:color="DEE8E2"/>
              <w:right w:val="single" w:sz="3" w:space="0" w:color="DEE8E2"/>
            </w:tcBorders>
            <w:vAlign w:val="center"/>
          </w:tcPr>
          <w:p w14:paraId="69D510DA" w14:textId="77777777" w:rsidR="00F836EB" w:rsidRPr="00F836EB" w:rsidRDefault="00F836EB" w:rsidP="00F836EB">
            <w:pPr>
              <w:spacing w:after="20"/>
              <w:rPr>
                <w:sz w:val="22"/>
                <w:szCs w:val="24"/>
              </w:rPr>
            </w:pPr>
            <w:r>
              <w:rPr>
                <w:rFonts w:cs="Liberation Sans"/>
                <w:sz w:val="19"/>
                <w:szCs w:val="24"/>
              </w:rPr>
              <w:t xml:space="preserve">Representante Legal / Gerencia General</w:t>
            </w:r>
          </w:p>
        </w:tc>
      </w:tr>
    </w:tbl>
    <w:p w14:paraId="0C963456" w14:textId="77777777" w:rsidR="00F836EB" w:rsidRPr="00AB6B81" w:rsidRDefault="00F836EB" w:rsidP="006A77E8">
      <w:pPr>
        <w:spacing w:after="0" w:line="259" w:lineRule="auto"/>
        <w:rPr>
          <w:sz w:val="22"/>
          <w:szCs w:val="24"/>
        </w:rPr>
      </w:pPr>
    </w:p>
    <w:p w14:paraId="4CD99DB3" w14:textId="7D67AE2C" w:rsidR="002325B1" w:rsidRPr="004E2740" w:rsidRDefault="009B7540" w:rsidP="00B12912">
      <w:pPr>
        <w:pStyle w:val="Ttulo1"/>
        <w:pBdr>
          <w:bottom w:val="single" w:sz="8" w:space="1" w:color="00953E"/>
        </w:pBdr>
        <w:spacing w:before="240" w:after="120"/>
        <w:jc w:val="both"/>
        <w:rPr>
          <w:sz w:val="36"/>
          <w:szCs w:val="32"/>
          <w:lang w:val="es-EC"/>
        </w:rPr>
      </w:pPr>
      <w:r>
        <w:rPr>
          <w:rFonts w:ascii="Liberation Sans" w:eastAsia="Liberation Sans" w:hAnsi="Liberation Sans"/>
          <w:sz w:val="34"/>
          <w:szCs w:val="32"/>
          <w:lang w:val="es-EC"/>
        </w:rPr>
        <w:t>Datos de identificación de los responsables y canal de radicación.</w:t>
      </w:r>
    </w:p>
    <w:tbl>
      <w:tblPr>
        <w:tblW w:w="0" w:type="auto"/>
        <w:jc w:val="center"/>
        <w:tblLook w:val="04A0" w:firstRow="1" w:lastRow="0" w:firstColumn="1" w:lastColumn="0" w:noHBand="0" w:noVBand="1"/>
      </w:tblPr>
      <w:tblGrid>
        <w:gridCol w:w="4238"/>
        <w:gridCol w:w="5832"/>
      </w:tblGrid>
      <w:tr w:rsidR="00242AF1" w:rsidRPr="000E74C8" w14:paraId="776D9224" w14:textId="77777777" w:rsidTr="009F63F9">
        <w:trPr>
          <w:cantSplit/>
          <w:jc w:val="center"/>
        </w:trPr>
        <w:tc>
          <w:tcPr>
            <w:tcW w:w="4238" w:type="dxa"/>
            <w:tcBorders>
              <w:top w:val="single" w:sz="4" w:space="0" w:color="A6A6A6"/>
              <w:left w:val="single" w:sz="4" w:space="0" w:color="A6A6A6"/>
              <w:bottom w:val="single" w:sz="4" w:space="0" w:color="A6A6A6"/>
              <w:right w:val="single" w:sz="4" w:space="0" w:color="A6A6A6"/>
            </w:tcBorders>
            <w:shd w:val="clear" w:color="auto" w:fill="00953E"/>
            <w:vAlign w:val="center"/>
          </w:tcPr>
          <w:p w14:paraId="04A35143" w14:textId="77777777" w:rsidR="00242AF1" w:rsidRPr="000E74C8" w:rsidRDefault="00242AF1" w:rsidP="009F63F9">
            <w:pPr>
              <w:spacing w:after="0"/>
              <w:jc w:val="both"/>
              <w:rPr>
                <w:szCs w:val="20"/>
              </w:rPr>
            </w:pPr>
            <w:r>
              <w:rPr>
                <w:b/>
                <w:color w:val="FFFFFF"/>
                <w:szCs w:val="20"/>
              </w:rPr>
              <w:t>Campo</w:t>
            </w:r>
          </w:p>
        </w:tc>
        <w:tc>
          <w:tcPr>
            <w:tcW w:w="5832" w:type="dxa"/>
            <w:tcBorders>
              <w:top w:val="single" w:sz="4" w:space="0" w:color="A6A6A6"/>
              <w:left w:val="single" w:sz="4" w:space="0" w:color="A6A6A6"/>
              <w:bottom w:val="single" w:sz="4" w:space="0" w:color="A6A6A6"/>
              <w:right w:val="single" w:sz="4" w:space="0" w:color="A6A6A6"/>
            </w:tcBorders>
            <w:shd w:val="clear" w:color="auto" w:fill="00953E"/>
            <w:vAlign w:val="center"/>
          </w:tcPr>
          <w:p w14:paraId="0871238D" w14:textId="77777777" w:rsidR="00242AF1" w:rsidRPr="000E74C8" w:rsidRDefault="00242AF1" w:rsidP="009F63F9">
            <w:pPr>
              <w:spacing w:after="0"/>
              <w:jc w:val="both"/>
              <w:rPr>
                <w:szCs w:val="20"/>
              </w:rPr>
            </w:pPr>
            <w:r>
              <w:rPr>
                <w:b/>
                <w:color w:val="FFFFFF"/>
                <w:szCs w:val="20"/>
              </w:rPr>
              <w:t>Información</w:t>
            </w:r>
          </w:p>
        </w:tc>
      </w:tr>
      <w:tr w:rsidR="00242AF1" w:rsidRPr="000E74C8" w14:paraId="196237AD" w14:textId="77777777" w:rsidTr="009F63F9">
        <w:trPr>
          <w:cantSplit/>
          <w:jc w:val="center"/>
        </w:trPr>
        <w:tc>
          <w:tcPr>
            <w:tcW w:w="4238"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418C5894" w14:textId="77777777" w:rsidR="00242AF1" w:rsidRPr="000E74C8" w:rsidRDefault="00242AF1" w:rsidP="009F63F9">
            <w:pPr>
              <w:spacing w:after="0"/>
              <w:jc w:val="both"/>
              <w:rPr>
                <w:b/>
                <w:bCs/>
                <w:szCs w:val="20"/>
              </w:rPr>
            </w:pPr>
            <w:r>
              <w:rPr>
                <w:b/>
                <w:bCs/>
                <w:szCs w:val="20"/>
              </w:rPr>
              <w:t xml:space="preserve">Responsable del tratamiento.</w:t>
            </w:r>
          </w:p>
        </w:tc>
        <w:tc>
          <w:tcPr>
            <w:tcW w:w="5832"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402EF604" w14:textId="77777777" w:rsidR="00242AF1" w:rsidRPr="000E74C8" w:rsidRDefault="00242AF1" w:rsidP="009F63F9">
            <w:pPr>
              <w:spacing w:after="0"/>
              <w:jc w:val="both"/>
              <w:rPr>
                <w:b/>
                <w:bCs/>
                <w:szCs w:val="20"/>
                <w:lang w:val="es-EC"/>
              </w:rPr>
            </w:pPr>
            <w:r>
              <w:rPr>
                <w:b/>
                <w:bCs/>
                <w:szCs w:val="20"/>
                <w:lang w:val="es-EC"/>
              </w:rPr>
              <w:t>FRANQUICIAS ALIMENTICIAS FRANCEB CIA. LTDA.</w:t>
            </w:r>
          </w:p>
          <w:p w14:paraId="64A0BF88" w14:textId="77777777" w:rsidR="00242AF1" w:rsidRPr="00242AF1" w:rsidRDefault="00242AF1" w:rsidP="009F63F9">
            <w:pPr>
              <w:spacing w:after="0"/>
              <w:jc w:val="both"/>
              <w:rPr>
                <w:szCs w:val="20"/>
                <w:lang w:val="es-EC"/>
              </w:rPr>
            </w:pPr>
            <w:r>
              <w:rPr>
                <w:szCs w:val="20"/>
                <w:lang w:val="es-EC"/>
              </w:rPr>
              <w:t xml:space="preserve">RUC 1792568749001</w:t>
            </w:r>
          </w:p>
          <w:p w14:paraId="05E0BA92" w14:textId="77777777" w:rsidR="00242AF1" w:rsidRPr="000E74C8" w:rsidRDefault="00242AF1" w:rsidP="009F63F9">
            <w:pPr>
              <w:spacing w:after="0"/>
              <w:jc w:val="both"/>
              <w:rPr>
                <w:szCs w:val="20"/>
                <w:lang w:val="es-EC"/>
              </w:rPr>
            </w:pPr>
            <w:r>
              <w:rPr>
                <w:szCs w:val="20"/>
                <w:lang w:val="es-EC"/>
              </w:rPr>
              <w:t>Calle Manuel Mogollón N45-11 y José Paredes Tamarindo, Distrito Metropolitano de Quito, Pichincha, Ecuador.</w:t>
            </w:r>
          </w:p>
        </w:tc>
      </w:tr>
      <w:tr w:rsidR="00242AF1" w:rsidRPr="000E74C8" w14:paraId="653EDA9C" w14:textId="77777777" w:rsidTr="009F63F9">
        <w:trPr>
          <w:cantSplit/>
          <w:jc w:val="center"/>
        </w:trPr>
        <w:tc>
          <w:tcPr>
            <w:tcW w:w="4238" w:type="dxa"/>
            <w:tcBorders>
              <w:top w:val="single" w:sz="4" w:space="0" w:color="A6A6A6"/>
              <w:left w:val="single" w:sz="4" w:space="0" w:color="A6A6A6"/>
              <w:bottom w:val="single" w:sz="4" w:space="0" w:color="A6A6A6"/>
              <w:right w:val="single" w:sz="4" w:space="0" w:color="A6A6A6"/>
            </w:tcBorders>
            <w:vAlign w:val="center"/>
          </w:tcPr>
          <w:p w14:paraId="67FEAA02" w14:textId="77777777" w:rsidR="00242AF1" w:rsidRPr="000E74C8" w:rsidRDefault="00242AF1" w:rsidP="009F63F9">
            <w:pPr>
              <w:spacing w:after="0"/>
              <w:jc w:val="both"/>
              <w:rPr>
                <w:b/>
                <w:bCs/>
                <w:szCs w:val="20"/>
              </w:rPr>
            </w:pPr>
            <w:r>
              <w:rPr>
                <w:b/>
                <w:bCs/>
                <w:szCs w:val="20"/>
              </w:rPr>
              <w:t xml:space="preserve">Responsable del tratamiento.</w:t>
            </w:r>
          </w:p>
        </w:tc>
        <w:tc>
          <w:tcPr>
            <w:tcW w:w="5832" w:type="dxa"/>
            <w:tcBorders>
              <w:top w:val="single" w:sz="4" w:space="0" w:color="A6A6A6"/>
              <w:left w:val="single" w:sz="4" w:space="0" w:color="A6A6A6"/>
              <w:bottom w:val="single" w:sz="4" w:space="0" w:color="A6A6A6"/>
              <w:right w:val="single" w:sz="4" w:space="0" w:color="A6A6A6"/>
            </w:tcBorders>
            <w:vAlign w:val="center"/>
          </w:tcPr>
          <w:p w14:paraId="2FCCF77A" w14:textId="77777777" w:rsidR="00242AF1" w:rsidRPr="000E74C8" w:rsidRDefault="00242AF1" w:rsidP="009F63F9">
            <w:pPr>
              <w:spacing w:after="0"/>
              <w:jc w:val="both"/>
              <w:rPr>
                <w:szCs w:val="20"/>
                <w:lang w:val="es-EC"/>
              </w:rPr>
            </w:pPr>
            <w:r>
              <w:rPr>
                <w:b/>
                <w:bCs/>
                <w:szCs w:val="20"/>
                <w:lang w:val="es-EC"/>
              </w:rPr>
              <w:t>LCR PRODUCTOS &amp; SERVICIOS CIA. LTDA.</w:t>
            </w:r>
            <w:r>
              <w:rPr>
                <w:szCs w:val="20"/>
                <w:lang w:val="es-EC"/>
              </w:rPr>
              <w:br/>
              <w:t>1791950356001</w:t>
              <w:br/>
              <w:t>Calle de los Aceitunos E3-76 y AV. Eloy Alfaro Distrito Metropolitano de Quito, Pichincha, Ecuador.</w:t>
            </w:r>
          </w:p>
        </w:tc>
      </w:tr>
      <w:tr w:rsidR="00242AF1" w:rsidRPr="000E74C8" w14:paraId="6F36AFD0" w14:textId="77777777" w:rsidTr="009F63F9">
        <w:trPr>
          <w:cantSplit/>
          <w:jc w:val="center"/>
        </w:trPr>
        <w:tc>
          <w:tcPr>
            <w:tcW w:w="4238" w:type="dxa"/>
            <w:tcBorders>
              <w:top w:val="single" w:sz="4" w:space="0" w:color="A6A6A6"/>
              <w:left w:val="single" w:sz="4" w:space="0" w:color="A6A6A6"/>
              <w:bottom w:val="single" w:sz="4" w:space="0" w:color="A6A6A6"/>
              <w:right w:val="single" w:sz="4" w:space="0" w:color="A6A6A6"/>
            </w:tcBorders>
            <w:shd w:val="clear" w:color="auto" w:fill="F9F9F9"/>
            <w:vAlign w:val="center"/>
          </w:tcPr>
          <w:p w14:paraId="253CF87E" w14:textId="77777777" w:rsidR="00242AF1" w:rsidRPr="000E74C8" w:rsidRDefault="00242AF1" w:rsidP="009F63F9">
            <w:pPr>
              <w:spacing w:after="0"/>
              <w:jc w:val="both"/>
              <w:rPr>
                <w:b/>
                <w:bCs/>
                <w:szCs w:val="20"/>
              </w:rPr>
            </w:pPr>
            <w:r>
              <w:rPr>
                <w:b/>
                <w:bCs/>
                <w:szCs w:val="20"/>
              </w:rPr>
              <w:t>Marca commercial.</w:t>
            </w:r>
          </w:p>
        </w:tc>
        <w:tc>
          <w:tcPr>
            <w:tcW w:w="5832" w:type="dxa"/>
            <w:tcBorders>
              <w:top w:val="single" w:sz="4" w:space="0" w:color="A6A6A6"/>
              <w:left w:val="single" w:sz="4" w:space="0" w:color="A6A6A6"/>
              <w:bottom w:val="single" w:sz="4" w:space="0" w:color="A6A6A6"/>
              <w:right w:val="single" w:sz="4" w:space="0" w:color="A6A6A6"/>
            </w:tcBorders>
            <w:shd w:val="clear" w:color="auto" w:fill="F9F9F9"/>
            <w:vAlign w:val="center"/>
          </w:tcPr>
          <w:p w14:paraId="2F15B7BE" w14:textId="77777777" w:rsidR="00242AF1" w:rsidRPr="000E74C8" w:rsidRDefault="00242AF1" w:rsidP="009F63F9">
            <w:pPr>
              <w:spacing w:after="0"/>
              <w:jc w:val="both"/>
              <w:rPr>
                <w:szCs w:val="20"/>
                <w:lang w:val="es-EC"/>
              </w:rPr>
            </w:pPr>
            <w:r>
              <w:rPr>
                <w:szCs w:val="20"/>
                <w:lang w:val="es-EC"/>
              </w:rPr>
              <w:t>Los Cebiches de la Rumiñahui</w:t>
            </w:r>
          </w:p>
        </w:tc>
      </w:tr>
      <w:tr w:rsidR="00242AF1" w:rsidRPr="000E74C8" w14:paraId="31B4277B" w14:textId="77777777" w:rsidTr="009F63F9">
        <w:trPr>
          <w:cantSplit/>
          <w:jc w:val="center"/>
        </w:trPr>
        <w:tc>
          <w:tcPr>
            <w:tcW w:w="4238" w:type="dxa"/>
            <w:tcBorders>
              <w:top w:val="single" w:sz="4" w:space="0" w:color="A6A6A6"/>
              <w:left w:val="single" w:sz="4" w:space="0" w:color="A6A6A6"/>
              <w:bottom w:val="single" w:sz="4" w:space="0" w:color="A6A6A6"/>
              <w:right w:val="single" w:sz="4" w:space="0" w:color="A6A6A6"/>
            </w:tcBorders>
            <w:vAlign w:val="center"/>
          </w:tcPr>
          <w:p w14:paraId="2003BCD2" w14:textId="77777777" w:rsidR="00242AF1" w:rsidRPr="000E74C8" w:rsidRDefault="00242AF1" w:rsidP="009F63F9">
            <w:pPr>
              <w:spacing w:after="0"/>
              <w:jc w:val="both"/>
              <w:rPr>
                <w:b/>
                <w:bCs/>
                <w:szCs w:val="20"/>
                <w:lang w:val="es-EC"/>
              </w:rPr>
            </w:pPr>
            <w:r>
              <w:rPr>
                <w:b/>
                <w:bCs/>
                <w:szCs w:val="20"/>
                <w:lang w:val="es-EC"/>
              </w:rPr>
              <w:t>Delegado de Protección de Datos Personales.</w:t>
            </w:r>
          </w:p>
        </w:tc>
        <w:tc>
          <w:tcPr>
            <w:tcW w:w="5832" w:type="dxa"/>
            <w:tcBorders>
              <w:top w:val="single" w:sz="4" w:space="0" w:color="A6A6A6"/>
              <w:left w:val="single" w:sz="4" w:space="0" w:color="A6A6A6"/>
              <w:bottom w:val="single" w:sz="4" w:space="0" w:color="A6A6A6"/>
              <w:right w:val="single" w:sz="4" w:space="0" w:color="A6A6A6"/>
            </w:tcBorders>
            <w:vAlign w:val="center"/>
          </w:tcPr>
          <w:p w14:paraId="4A6F7A50" w14:textId="77777777" w:rsidR="00242AF1" w:rsidRPr="000E74C8" w:rsidRDefault="00242AF1" w:rsidP="009F63F9">
            <w:pPr>
              <w:spacing w:after="0"/>
              <w:jc w:val="both"/>
              <w:rPr>
                <w:szCs w:val="20"/>
                <w:lang w:val="es-EC"/>
              </w:rPr>
            </w:pPr>
            <w:r>
              <w:rPr>
                <w:szCs w:val="20"/>
                <w:lang w:val="es-EC"/>
              </w:rPr>
              <w:t>Juan Felipe Rivas Bock</w:t>
            </w:r>
          </w:p>
        </w:tc>
      </w:tr>
      <w:tr w:rsidR="00242AF1" w:rsidRPr="000E74C8" w14:paraId="5A618C42" w14:textId="77777777" w:rsidTr="009F63F9">
        <w:trPr>
          <w:cantSplit/>
          <w:jc w:val="center"/>
        </w:trPr>
        <w:tc>
          <w:tcPr>
            <w:tcW w:w="4238" w:type="dxa"/>
            <w:tcBorders>
              <w:top w:val="single" w:sz="4" w:space="0" w:color="A6A6A6"/>
              <w:left w:val="single" w:sz="4" w:space="0" w:color="A6A6A6"/>
              <w:bottom w:val="single" w:sz="4" w:space="0" w:color="A6A6A6"/>
              <w:right w:val="single" w:sz="4" w:space="0" w:color="A6A6A6"/>
            </w:tcBorders>
            <w:shd w:val="clear" w:color="auto" w:fill="F9F9F9"/>
            <w:vAlign w:val="center"/>
          </w:tcPr>
          <w:p w14:paraId="675B5A0C" w14:textId="77777777" w:rsidR="00242AF1" w:rsidRPr="000E74C8" w:rsidRDefault="00242AF1" w:rsidP="009F63F9">
            <w:pPr>
              <w:spacing w:after="0"/>
              <w:jc w:val="both"/>
              <w:rPr>
                <w:b/>
                <w:bCs/>
                <w:szCs w:val="20"/>
                <w:lang w:val="es-EC"/>
              </w:rPr>
            </w:pPr>
            <w:r>
              <w:rPr>
                <w:b/>
                <w:bCs/>
                <w:szCs w:val="20"/>
                <w:lang w:val="es-EC"/>
              </w:rPr>
              <w:t>Canal específico para protección de datos.</w:t>
            </w:r>
          </w:p>
        </w:tc>
        <w:tc>
          <w:tcPr>
            <w:tcW w:w="5832" w:type="dxa"/>
            <w:tcBorders>
              <w:top w:val="single" w:sz="4" w:space="0" w:color="A6A6A6"/>
              <w:left w:val="single" w:sz="4" w:space="0" w:color="A6A6A6"/>
              <w:bottom w:val="single" w:sz="4" w:space="0" w:color="A6A6A6"/>
              <w:right w:val="single" w:sz="4" w:space="0" w:color="A6A6A6"/>
            </w:tcBorders>
            <w:shd w:val="clear" w:color="auto" w:fill="F9F9F9"/>
            <w:vAlign w:val="center"/>
          </w:tcPr>
          <w:p w14:paraId="369A5953" w14:textId="77777777" w:rsidR="00242AF1" w:rsidRPr="000E74C8" w:rsidRDefault="00242AF1" w:rsidP="009F63F9">
            <w:pPr>
              <w:spacing w:after="0"/>
              <w:jc w:val="both"/>
              <w:rPr>
                <w:szCs w:val="20"/>
              </w:rPr>
            </w:pPr>
            <w:r>
              <w:rPr>
                <w:szCs w:val="20"/>
              </w:rPr>
              <w:t>dpd_lcr@lcrcebiches.com</w:t>
            </w:r>
          </w:p>
        </w:tc>
      </w:tr>
      <w:tr w:rsidR="00242AF1" w:rsidRPr="00B227AA" w14:paraId="191F73F2" w14:textId="77777777" w:rsidTr="009F63F9">
        <w:trPr>
          <w:cantSplit/>
          <w:jc w:val="center"/>
        </w:trPr>
        <w:tc>
          <w:tcPr>
            <w:tcW w:w="4238" w:type="dxa"/>
            <w:tcBorders>
              <w:top w:val="single" w:sz="4" w:space="0" w:color="A6A6A6"/>
              <w:left w:val="single" w:sz="4" w:space="0" w:color="A6A6A6"/>
              <w:bottom w:val="single" w:sz="4" w:space="0" w:color="A6A6A6"/>
              <w:right w:val="single" w:sz="4" w:space="0" w:color="A6A6A6"/>
            </w:tcBorders>
            <w:shd w:val="clear" w:color="auto" w:fill="F9F9F9"/>
          </w:tcPr>
          <w:p w14:paraId="6B4EA846" w14:textId="77777777" w:rsidR="00242AF1" w:rsidRPr="000E74C8" w:rsidRDefault="00242AF1" w:rsidP="009F63F9">
            <w:pPr>
              <w:spacing w:after="0"/>
              <w:jc w:val="both"/>
              <w:rPr>
                <w:b/>
                <w:bCs/>
                <w:szCs w:val="20"/>
                <w:lang w:val="es-EC"/>
              </w:rPr>
            </w:pPr>
            <w:r>
              <w:rPr>
                <w:b/>
                <w:bCs/>
                <w:szCs w:val="20"/>
                <w:lang w:val="es-EC"/>
              </w:rPr>
              <w:t>Asunto sugerido para correo</w:t>
            </w:r>
          </w:p>
        </w:tc>
        <w:tc>
          <w:tcPr>
            <w:tcW w:w="5832" w:type="dxa"/>
            <w:tcBorders>
              <w:top w:val="single" w:sz="4" w:space="0" w:color="A6A6A6"/>
              <w:left w:val="single" w:sz="4" w:space="0" w:color="A6A6A6"/>
              <w:bottom w:val="single" w:sz="4" w:space="0" w:color="A6A6A6"/>
              <w:right w:val="single" w:sz="4" w:space="0" w:color="A6A6A6"/>
            </w:tcBorders>
            <w:shd w:val="clear" w:color="auto" w:fill="F9F9F9"/>
          </w:tcPr>
          <w:p w14:paraId="439A7FA3" w14:textId="77777777" w:rsidR="00242AF1" w:rsidRPr="00B227AA" w:rsidRDefault="00242AF1" w:rsidP="009F63F9">
            <w:pPr>
              <w:spacing w:after="40"/>
              <w:rPr>
                <w:szCs w:val="20"/>
                <w:lang w:val="es-EC"/>
              </w:rPr>
            </w:pPr>
            <w:r>
              <w:rPr>
                <w:szCs w:val="20"/>
                <w:lang w:val="es-EC"/>
              </w:rPr>
              <w:t>Ejercicio de derechos PDP – Los Cebiches de la Rumiñahui [indicar empresa]</w:t>
              <w:tab/>
            </w:r>
          </w:p>
        </w:tc>
      </w:tr>
      <w:tr w:rsidR="00242AF1" w:rsidRPr="000E74C8" w14:paraId="238898A4" w14:textId="77777777" w:rsidTr="009F63F9">
        <w:trPr>
          <w:cantSplit/>
          <w:jc w:val="center"/>
        </w:trPr>
        <w:tc>
          <w:tcPr>
            <w:tcW w:w="4238" w:type="dxa"/>
            <w:tcBorders>
              <w:top w:val="single" w:sz="4" w:space="0" w:color="A6A6A6"/>
              <w:left w:val="single" w:sz="4" w:space="0" w:color="A6A6A6"/>
              <w:bottom w:val="single" w:sz="4" w:space="0" w:color="A6A6A6"/>
              <w:right w:val="single" w:sz="4" w:space="0" w:color="A6A6A6"/>
            </w:tcBorders>
            <w:shd w:val="clear" w:color="auto" w:fill="F9F9F9"/>
            <w:vAlign w:val="center"/>
          </w:tcPr>
          <w:p w14:paraId="66AFDBAF" w14:textId="77777777" w:rsidR="00242AF1" w:rsidRPr="000E74C8" w:rsidRDefault="00242AF1" w:rsidP="009F63F9">
            <w:pPr>
              <w:spacing w:after="0"/>
              <w:jc w:val="both"/>
              <w:rPr>
                <w:b/>
                <w:bCs/>
                <w:szCs w:val="20"/>
              </w:rPr>
            </w:pPr>
            <w:r>
              <w:rPr>
                <w:b/>
                <w:bCs/>
                <w:szCs w:val="20"/>
              </w:rPr>
              <w:t xml:space="preserve">Autoridad de control.</w:t>
            </w:r>
          </w:p>
        </w:tc>
        <w:tc>
          <w:tcPr>
            <w:tcW w:w="5832" w:type="dxa"/>
            <w:tcBorders>
              <w:top w:val="single" w:sz="4" w:space="0" w:color="A6A6A6"/>
              <w:left w:val="single" w:sz="4" w:space="0" w:color="A6A6A6"/>
              <w:bottom w:val="single" w:sz="4" w:space="0" w:color="A6A6A6"/>
              <w:right w:val="single" w:sz="4" w:space="0" w:color="A6A6A6"/>
            </w:tcBorders>
            <w:shd w:val="clear" w:color="auto" w:fill="F9F9F9"/>
            <w:vAlign w:val="center"/>
          </w:tcPr>
          <w:p w14:paraId="038BC170" w14:textId="77777777" w:rsidR="00242AF1" w:rsidRPr="000E74C8" w:rsidRDefault="00242AF1" w:rsidP="009F63F9">
            <w:pPr>
              <w:spacing w:after="0"/>
              <w:jc w:val="both"/>
              <w:rPr>
                <w:szCs w:val="20"/>
                <w:lang w:val="es-EC"/>
              </w:rPr>
            </w:pPr>
            <w:r>
              <w:rPr>
                <w:szCs w:val="20"/>
                <w:lang w:val="es-EC"/>
              </w:rPr>
              <w:t>Superintendencia de Protección de Datos Personales del Ecuador (SPDP), a través de sus canales oficiales vigentes.</w:t>
            </w:r>
          </w:p>
        </w:tc>
      </w:tr>
    </w:tbl>
    <w:p w14:paraId="2B5E1341" w14:textId="77777777" w:rsidR="00B12912" w:rsidRPr="00242AF1" w:rsidRDefault="00B12912" w:rsidP="009835FB">
      <w:pPr>
        <w:rPr>
          <w:lang w:val="es-EC"/>
        </w:rPr>
      </w:pPr>
    </w:p>
    <w:p w14:paraId="5EBA0E54" w14:textId="0D91BF21" w:rsidR="002325B1" w:rsidRPr="00AB6B81" w:rsidRDefault="009B7540">
      <w:pPr>
        <w:pStyle w:val="Ttulo1"/>
        <w:pBdr>
          <w:bottom w:val="single" w:sz="8" w:space="1" w:color="00953E"/>
        </w:pBdr>
        <w:spacing w:before="240" w:after="120"/>
        <w:rPr>
          <w:sz w:val="36"/>
          <w:szCs w:val="32"/>
        </w:rPr>
      </w:pPr>
      <w:r>
        <w:rPr>
          <w:rFonts w:ascii="Liberation Sans" w:eastAsia="Liberation Sans" w:hAnsi="Liberation Sans"/>
          <w:sz w:val="34"/>
          <w:szCs w:val="32"/>
        </w:rPr>
        <w:t xml:space="preserve">Instrucciones generales.</w:t>
      </w:r>
    </w:p>
    <w:p w14:paraId="22C49A70" w14:textId="77777777" w:rsidR="002325B1" w:rsidRPr="004E2740" w:rsidRDefault="009B7540" w:rsidP="00C30547">
      <w:pPr>
        <w:pStyle w:val="Listaconvietas"/>
        <w:numPr>
          <w:ilvl w:val="0"/>
          <w:numId w:val="11"/>
        </w:numPr>
        <w:spacing w:after="60"/>
        <w:jc w:val="both"/>
        <w:rPr>
          <w:sz w:val="22"/>
          <w:szCs w:val="24"/>
          <w:lang w:val="es-EC"/>
        </w:rPr>
      </w:pPr>
      <w:r>
        <w:rPr>
          <w:szCs w:val="24"/>
          <w:lang w:val="es-EC"/>
        </w:rPr>
        <w:t>La solicitud es gratuita y puede presentarse por correo electrónico, formulario web habilitado o entrega física en el domicilio del responsable.</w:t>
      </w:r>
    </w:p>
    <w:p w14:paraId="2FFE850C" w14:textId="5E9D6F66" w:rsidR="00FB0CF1" w:rsidRPr="00FB0CF1" w:rsidRDefault="00FB0CF1" w:rsidP="00C30547">
      <w:pPr>
        <w:pStyle w:val="Listaconvietas"/>
        <w:numPr>
          <w:ilvl w:val="0"/>
          <w:numId w:val="11"/>
        </w:numPr>
        <w:spacing w:after="60"/>
        <w:jc w:val="both"/>
        <w:rPr>
          <w:szCs w:val="24"/>
          <w:lang w:val="es-EC"/>
        </w:rPr>
      </w:pPr>
      <w:r>
        <w:rPr>
          <w:szCs w:val="24"/>
          <w:lang w:val="es-EC"/>
        </w:rPr>
        <w:t>Puede marcar uno o varios derechos. La selecci</w:t>
      </w:r>
      <w:r>
        <w:rPr>
          <w:rFonts w:hint="cs"/>
          <w:szCs w:val="24"/>
          <w:lang w:val="es-EC"/>
        </w:rPr>
        <w:t>ó</w:t>
      </w:r>
      <w:r>
        <w:rPr>
          <w:szCs w:val="24"/>
          <w:lang w:val="es-EC"/>
        </w:rPr>
        <w:t>n de uno o varios derechos no implica su aceptaci</w:t>
      </w:r>
      <w:r>
        <w:rPr>
          <w:rFonts w:hint="cs"/>
          <w:szCs w:val="24"/>
          <w:lang w:val="es-EC"/>
        </w:rPr>
        <w:t>ó</w:t>
      </w:r>
      <w:r>
        <w:rPr>
          <w:szCs w:val="24"/>
          <w:lang w:val="es-EC"/>
        </w:rPr>
        <w:t>n autom</w:t>
      </w:r>
      <w:r>
        <w:rPr>
          <w:rFonts w:hint="cs"/>
          <w:szCs w:val="24"/>
          <w:lang w:val="es-EC"/>
        </w:rPr>
        <w:t>á</w:t>
      </w:r>
      <w:r>
        <w:rPr>
          <w:szCs w:val="24"/>
          <w:lang w:val="es-EC"/>
        </w:rPr>
        <w:t xml:space="preserve">tica, por cuanto LCR PRODUCTOS &amp; SERVICIOS CIA. LTDA., y FRANQUICIAS ALIMENTICIAS FRANCEB CIA. LTDA., (en adelante y respectivamente como </w:t>
      </w:r>
      <w:r>
        <w:rPr>
          <w:b/>
          <w:bCs/>
          <w:szCs w:val="24"/>
          <w:lang w:val="es-EC"/>
        </w:rPr>
        <w:t xml:space="preserve">FRANCEB o LCR</w:t>
      </w:r>
      <w:r>
        <w:rPr>
          <w:szCs w:val="24"/>
          <w:lang w:val="es-EC"/>
        </w:rPr>
        <w:t xml:space="preserve">) analizar</w:t>
      </w:r>
      <w:r>
        <w:rPr>
          <w:rFonts w:hint="cs"/>
          <w:szCs w:val="24"/>
          <w:lang w:val="es-EC"/>
        </w:rPr>
        <w:t>á</w:t>
      </w:r>
      <w:r>
        <w:rPr>
          <w:szCs w:val="24"/>
          <w:lang w:val="es-EC"/>
        </w:rPr>
        <w:t xml:space="preserve">n, dentro del </w:t>
      </w:r>
      <w:r>
        <w:rPr>
          <w:rFonts w:hint="cs"/>
          <w:szCs w:val="24"/>
          <w:lang w:val="es-EC"/>
        </w:rPr>
        <w:t>á</w:t>
      </w:r>
      <w:r>
        <w:rPr>
          <w:szCs w:val="24"/>
          <w:lang w:val="es-EC"/>
        </w:rPr>
        <w:t>mbito de sus respectivas competencias, la identidad del solicitante, su legitimaci</w:t>
      </w:r>
      <w:r>
        <w:rPr>
          <w:rFonts w:hint="cs"/>
          <w:szCs w:val="24"/>
          <w:lang w:val="es-EC"/>
        </w:rPr>
        <w:t>ó</w:t>
      </w:r>
      <w:r>
        <w:rPr>
          <w:szCs w:val="24"/>
          <w:lang w:val="es-EC"/>
        </w:rPr>
        <w:t>n, la procedencia de la solicitud, los l</w:t>
      </w:r>
      <w:r>
        <w:rPr>
          <w:rFonts w:hint="cs"/>
          <w:szCs w:val="24"/>
          <w:lang w:val="es-EC"/>
        </w:rPr>
        <w:t>í</w:t>
      </w:r>
      <w:r>
        <w:rPr>
          <w:szCs w:val="24"/>
          <w:lang w:val="es-EC"/>
        </w:rPr>
        <w:t>mites legales aplicables, los deberes de conservaci</w:t>
      </w:r>
      <w:r>
        <w:rPr>
          <w:rFonts w:hint="cs"/>
          <w:szCs w:val="24"/>
          <w:lang w:val="es-EC"/>
        </w:rPr>
        <w:t>ó</w:t>
      </w:r>
      <w:r>
        <w:rPr>
          <w:szCs w:val="24"/>
          <w:lang w:val="es-EC"/>
        </w:rPr>
        <w:t>n obligatoria y los derechos de terceros.</w:t>
      </w:r>
    </w:p>
    <w:p w14:paraId="2FEF1406" w14:textId="77777777" w:rsidR="002325B1" w:rsidRPr="00AB6B81" w:rsidRDefault="009B7540" w:rsidP="00C30547">
      <w:pPr>
        <w:pStyle w:val="Listaconvietas"/>
        <w:numPr>
          <w:ilvl w:val="0"/>
          <w:numId w:val="11"/>
        </w:numPr>
        <w:spacing w:after="60"/>
        <w:jc w:val="both"/>
        <w:rPr>
          <w:sz w:val="22"/>
          <w:szCs w:val="24"/>
        </w:rPr>
      </w:pPr>
      <w:r>
        <w:rPr>
          <w:szCs w:val="24"/>
          <w:lang w:val="es-EC"/>
        </w:rPr>
        <w:t xml:space="preserve">Describa con precisión el canal, fecha, local, pedido, factura, llamada, cámara, campaña, postulación, relación laboral, proveedor o franquicia vinculada. </w:t>
      </w:r>
      <w:r>
        <w:rPr>
          <w:szCs w:val="24"/>
        </w:rPr>
        <w:t xml:space="preserve">Esto permite ubicar la información sin pedir datos innecesarios.</w:t>
      </w:r>
    </w:p>
    <w:p w14:paraId="01DFE9CC" w14:textId="77777777" w:rsidR="002325B1" w:rsidRPr="004E2740" w:rsidRDefault="009B7540" w:rsidP="00C30547">
      <w:pPr>
        <w:pStyle w:val="Listaconvietas"/>
        <w:numPr>
          <w:ilvl w:val="0"/>
          <w:numId w:val="11"/>
        </w:numPr>
        <w:spacing w:after="60"/>
        <w:jc w:val="both"/>
        <w:rPr>
          <w:sz w:val="22"/>
          <w:szCs w:val="24"/>
          <w:lang w:val="es-EC"/>
        </w:rPr>
      </w:pPr>
      <w:r>
        <w:rPr>
          <w:szCs w:val="24"/>
          <w:lang w:val="es-EC"/>
        </w:rPr>
        <w:lastRenderedPageBreak/>
        <w:t>No adjunte datos sensibles, datos de salud, información de menores de edad o documentos excesivos, salvo que sean indispensables para identificar la solicitud o acreditar representación.</w:t>
      </w:r>
    </w:p>
    <w:p w14:paraId="422CCE8D" w14:textId="25631444" w:rsidR="00E55BB7" w:rsidRPr="004E2740" w:rsidRDefault="0016458B" w:rsidP="00C30547">
      <w:pPr>
        <w:pStyle w:val="Listaconvietas"/>
        <w:numPr>
          <w:ilvl w:val="0"/>
          <w:numId w:val="11"/>
        </w:numPr>
        <w:spacing w:after="60"/>
        <w:jc w:val="both"/>
        <w:rPr>
          <w:szCs w:val="24"/>
          <w:lang w:val="es-EC"/>
        </w:rPr>
      </w:pPr>
      <w:r>
        <w:rPr>
          <w:b/>
          <w:bCs/>
          <w:szCs w:val="24"/>
          <w:lang w:val="es-EC"/>
        </w:rPr>
        <w:t xml:space="preserve">FRANCEB o LCR</w:t>
      </w:r>
      <w:r>
        <w:rPr>
          <w:szCs w:val="24"/>
          <w:lang w:val="es-EC"/>
        </w:rPr>
        <w:t xml:space="preserve"> podrán requerir, por una sola vez, aclaración o ampliación cuando la solicitud sea incompleta, ambigua o no permita verificar identidad, representación o localizar el tratamiento.</w:t>
      </w:r>
    </w:p>
    <w:p w14:paraId="1C22FDF4" w14:textId="77777777" w:rsidR="00C30547" w:rsidRPr="004E2740" w:rsidRDefault="00C30547" w:rsidP="00C30547">
      <w:pPr>
        <w:pStyle w:val="Listaconvietas"/>
        <w:numPr>
          <w:ilvl w:val="0"/>
          <w:numId w:val="0"/>
        </w:numPr>
        <w:spacing w:after="60"/>
        <w:ind w:left="360"/>
        <w:jc w:val="both"/>
        <w:rPr>
          <w:szCs w:val="24"/>
          <w:lang w:val="es-EC"/>
        </w:rPr>
      </w:pPr>
    </w:p>
    <w:p w14:paraId="3C51EB78" w14:textId="6F8A8619" w:rsidR="00E55BB7" w:rsidRPr="004E2740" w:rsidRDefault="00E55BB7" w:rsidP="00E55BB7">
      <w:pPr>
        <w:pBdr>
          <w:top w:val="single" w:sz="4" w:space="1" w:color="auto"/>
          <w:left w:val="single" w:sz="4" w:space="4" w:color="auto"/>
          <w:bottom w:val="single" w:sz="4" w:space="1" w:color="auto"/>
          <w:right w:val="single" w:sz="4" w:space="4" w:color="auto"/>
        </w:pBdr>
        <w:shd w:val="clear" w:color="auto" w:fill="DBE5F1" w:themeFill="accent1" w:themeFillTint="33"/>
        <w:spacing w:after="40"/>
        <w:jc w:val="both"/>
        <w:rPr>
          <w:sz w:val="22"/>
          <w:szCs w:val="24"/>
          <w:lang w:val="es-EC"/>
        </w:rPr>
      </w:pPr>
      <w:r>
        <w:rPr>
          <w:b/>
          <w:color w:val="006C2E"/>
          <w:sz w:val="22"/>
          <w:szCs w:val="24"/>
          <w:lang w:val="es-EC"/>
        </w:rPr>
        <w:t xml:space="preserve">Plazo legal de referencia: </w:t>
      </w:r>
      <w:r>
        <w:rPr>
          <w:szCs w:val="24"/>
          <w:lang w:val="es-EC"/>
        </w:rPr>
        <w:t xml:space="preserve">Como regla general, </w:t>
      </w:r>
      <w:r>
        <w:rPr>
          <w:b/>
          <w:bCs/>
          <w:szCs w:val="24"/>
          <w:lang w:val="es-EC"/>
        </w:rPr>
        <w:t xml:space="preserve">FRANCEB o LCR</w:t>
      </w:r>
      <w:r>
        <w:rPr>
          <w:szCs w:val="24"/>
          <w:lang w:val="es-EC"/>
        </w:rPr>
        <w:t xml:space="preserve"> atenderán las solicitudes dentro del plazo legal aplicable. Cuando sea necesario aclarar o completar la solicitud, podrá requerirlo por una sola vez dentro de los cinco (5) días siguientes a la recepción; el titular contará con diez (10) días para completar o aclarar. Si no lo hace, la solicitud podrá archivarse de forma motivada, sin impedir una nueva presentación.</w:t>
      </w:r>
    </w:p>
    <w:p w14:paraId="2C2EFE8E" w14:textId="77777777" w:rsidR="00E55BB7" w:rsidRPr="004E2740" w:rsidRDefault="00E55BB7" w:rsidP="00E55BB7">
      <w:pPr>
        <w:pStyle w:val="Listaconvietas"/>
        <w:numPr>
          <w:ilvl w:val="0"/>
          <w:numId w:val="0"/>
        </w:numPr>
        <w:spacing w:after="60"/>
        <w:rPr>
          <w:b/>
          <w:sz w:val="34"/>
          <w:szCs w:val="24"/>
          <w:lang w:val="es-EC"/>
        </w:rPr>
      </w:pPr>
    </w:p>
    <w:p w14:paraId="1AB2C3D4" w14:textId="1AB2C3D5" w:rsidR="002325B1" w:rsidRPr="00242AF1" w:rsidRDefault="009B7540" w:rsidP="00E55BB7">
      <w:pPr>
        <w:pStyle w:val="Listaconvietas"/>
        <w:numPr>
          <w:ilvl w:val="0"/>
          <w:numId w:val="0"/>
        </w:numPr>
        <w:spacing w:after="60"/>
        <w:rPr>
          <w:sz w:val="36"/>
          <w:szCs w:val="32"/>
          <w:lang w:val="es-EC"/>
        </w:rPr>
      </w:pPr>
      <w:r>
        <w:rPr>
          <w:b/>
          <w:color w:val="00953E"/>
          <w:sz w:val="34"/>
          <w:szCs w:val="32"/>
          <w:lang w:val="es-EC"/>
        </w:rPr>
        <w:t xml:space="preserve">A. Responsable del tratamiento ante quien ejerce el derecho.</w:t>
      </w:r>
    </w:p>
    <w:p w14:paraId="1AB2C3D6" w14:textId="1AB2C3D7" w:rsidR="002325B1" w:rsidRDefault="009B7540" w:rsidP="00242AF1">
      <w:pPr>
        <w:spacing w:after="80"/>
        <w:jc w:val="both"/>
        <w:rPr>
          <w:lang w:val="es-EC"/>
        </w:rPr>
      </w:pPr>
      <w:r>
        <w:rPr>
          <w:lang w:val="es-EC"/>
        </w:rPr>
        <w:t xml:space="preserve">Si conoce ante qué empresa desea ejercer su derecho, márquela. Si no está seguro, deje este campo en blanco: el Delegado de Protección de Datos identificará la compañía responsable y encausará su solicitud. La ausencia de selección no impide el ejercicio del derecho.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4A0" w:firstRow="1" w:lastRow="0" w:firstColumn="1" w:lastColumn="0" w:noHBand="0" w:noVBand="1"/>
      </w:tblPr>
      <w:tblGrid>
        <w:gridCol w:w="3397"/>
        <w:gridCol w:w="6303"/>
      </w:tblGrid>
      <w:tr w:rsidR="002325B1" w:rsidRPr="00242AF1" w14:paraId="1AB2C3E1" w14:textId="77777777" w:rsidTr="00242AF1">
        <w:trPr>
          <w:cantSplit/>
          <w:jc w:val="center"/>
        </w:trPr>
        <w:tc>
          <w:tcPr>
            <w:tcW w:w="3397" w:type="dxa"/>
            <w:shd w:val="clear" w:color="auto" w:fill="DBE5F1" w:themeFill="accent1" w:themeFillTint="33"/>
            <w:tcMar>
              <w:top w:w="80" w:type="dxa"/>
              <w:left w:w="80" w:type="dxa"/>
              <w:bottom w:w="80" w:type="dxa"/>
              <w:right w:w="80" w:type="dxa"/>
            </w:tcMar>
            <w:vAlign w:val="center"/>
          </w:tcPr>
          <w:p w14:paraId="1AB2C3E2" w14:textId="77777777" w:rsidR="002325B1" w:rsidRPr="00242AF1" w:rsidRDefault="009B7540" w:rsidP="00E55BB7">
            <w:pPr>
              <w:spacing w:after="0"/>
              <w:jc w:val="right"/>
              <w:rPr>
                <w:b/>
                <w:color w:val="000000" w:themeColor="text1"/>
                <w:szCs w:val="24"/>
                <w:lang w:val="es-EC"/>
              </w:rPr>
            </w:pPr>
            <w:r>
              <w:rPr>
                <w:b/>
                <w:color w:val="000000" w:themeColor="text1"/>
                <w:szCs w:val="24"/>
                <w:lang w:val="es-EC"/>
              </w:rPr>
              <w:t>Selección de la razón social (opcional).</w:t>
            </w:r>
          </w:p>
        </w:tc>
        <w:tc>
          <w:tcPr>
            <w:tcW w:w="6303" w:type="dxa"/>
            <w:shd w:val="clear" w:color="auto" w:fill="FFFFFF"/>
            <w:tcMar>
              <w:top w:w="80" w:type="dxa"/>
              <w:left w:w="80" w:type="dxa"/>
              <w:bottom w:w="80" w:type="dxa"/>
              <w:right w:w="80" w:type="dxa"/>
            </w:tcMar>
            <w:vAlign w:val="center"/>
          </w:tcPr>
          <w:p w14:paraId="1AB2C3E3" w14:textId="77777777" w:rsidR="002325B1" w:rsidRDefault="009B7540" w:rsidP="00242AF1">
            <w:pPr>
              <w:spacing w:after="40"/>
              <w:jc w:val="both"/>
              <w:rPr>
                <w:sz w:val="22"/>
                <w:lang w:val="es-EC"/>
              </w:rPr>
            </w:pPr>
            <w:r>
              <w:rPr>
                <w:sz w:val="22"/>
                <w:lang w:val="es-EC"/>
              </w:rPr>
              <w:t xml:space="preserve">☐ RUC 1 – FRANQUICIAS ALIMENTICIAS FRANCEB CIA. LTDA. (franquiciadora, e-commerce, call center, delivery, proveedores)</w:t>
            </w:r>
          </w:p>
          <w:p w14:paraId="1AB2C3E4" w14:textId="77777777" w:rsidR="002325B1" w:rsidRDefault="009B7540" w:rsidP="00242AF1">
            <w:pPr>
              <w:spacing w:after="40"/>
              <w:jc w:val="both"/>
              <w:rPr>
                <w:sz w:val="22"/>
                <w:lang w:val="es-EC"/>
              </w:rPr>
            </w:pPr>
            <w:r>
              <w:rPr>
                <w:sz w:val="22"/>
                <w:lang w:val="es-EC"/>
              </w:rPr>
              <w:t>☐ RUC 2 – LCR PRODUCTOS &amp; SERVICIOS CIA. LTDA. (producción, bodega, talento humano, salud ocupacional)</w:t>
            </w:r>
          </w:p>
          <w:p w14:paraId="1AB2C3E7" w14:textId="77777777" w:rsidR="002325B1" w:rsidRDefault="009B7540" w:rsidP="00E55BB7">
            <w:pPr>
              <w:spacing w:after="0"/>
              <w:rPr>
                <w:i/>
                <w:szCs w:val="20"/>
                <w:lang w:val="es-EC"/>
              </w:rPr>
            </w:pPr>
            <w:r>
              <w:rPr>
                <w:i/>
                <w:szCs w:val="20"/>
                <w:lang w:val="es-EC"/>
              </w:rPr>
              <w:t>☐ No estoy seguro / El derecho puede involucrar a más de una empresa</w:t>
            </w:r>
          </w:p>
        </w:tc>
      </w:tr>
      <w:tr w:rsidR="002325B1" w14:paraId="1AB2C3F1" w14:textId="77777777" w:rsidTr="00242AF1">
        <w:trPr>
          <w:cantSplit/>
          <w:jc w:val="center"/>
        </w:trPr>
        <w:tc>
          <w:tcPr>
            <w:tcW w:w="3397" w:type="dxa"/>
            <w:shd w:val="clear" w:color="auto" w:fill="DBE5F1" w:themeFill="accent1" w:themeFillTint="33"/>
            <w:tcMar>
              <w:top w:w="80" w:type="dxa"/>
              <w:left w:w="80" w:type="dxa"/>
              <w:bottom w:w="80" w:type="dxa"/>
              <w:right w:w="80" w:type="dxa"/>
            </w:tcMar>
            <w:vAlign w:val="center"/>
          </w:tcPr>
          <w:p w14:paraId="1AB2C3F2" w14:textId="77777777" w:rsidR="002325B1" w:rsidRPr="00242AF1" w:rsidRDefault="009B7540" w:rsidP="00E55BB7">
            <w:pPr>
              <w:spacing w:after="0"/>
              <w:jc w:val="right"/>
              <w:rPr>
                <w:b/>
                <w:color w:val="000000" w:themeColor="text1"/>
                <w:szCs w:val="24"/>
                <w:lang w:val="es-EC"/>
              </w:rPr>
            </w:pPr>
            <w:r>
              <w:rPr>
                <w:b/>
                <w:color w:val="000000" w:themeColor="text1"/>
                <w:szCs w:val="24"/>
                <w:lang w:val="es-EC"/>
              </w:rPr>
              <w:t>¿Dónde o cómo interactúa con Los Cebiches de la Rumiñahui?</w:t>
            </w:r>
          </w:p>
        </w:tc>
        <w:tc>
          <w:tcPr>
            <w:tcW w:w="6303" w:type="dxa"/>
            <w:shd w:val="clear" w:color="auto" w:fill="FFFFFF"/>
            <w:tcMar>
              <w:top w:w="80" w:type="dxa"/>
              <w:left w:w="80" w:type="dxa"/>
              <w:bottom w:w="80" w:type="dxa"/>
              <w:right w:w="80" w:type="dxa"/>
            </w:tcMar>
            <w:vAlign w:val="center"/>
          </w:tcPr>
          <w:p w14:paraId="1AB2C3F3" w14:textId="77777777" w:rsidR="002325B1" w:rsidRDefault="009B7540" w:rsidP="00E55BB7">
            <w:pPr>
              <w:spacing w:after="0"/>
              <w:rPr>
                <w:sz w:val="22"/>
                <w:lang w:val="es-EC"/>
              </w:rPr>
            </w:pPr>
            <w:r>
              <w:rPr>
                <w:sz w:val="22"/>
                <w:lang w:val="es-EC"/>
              </w:rPr>
              <w:t xml:space="preserve">Describa brevemente (Ej.: “Compré en el local de la Av. 10 de Agosto”, “Hice un pedido por Rappi”, “Soy empleado de la fábrica”, “Soy franquiciado”, “Puse una solicitud en el call center”): </w:t>
            </w:r>
          </w:p>
          <w:p w14:paraId="1AB2C3F4" w14:textId="77777777" w:rsidR="002325B1" w:rsidRDefault="009B7540" w:rsidP="00E55BB7">
            <w:pPr>
              <w:spacing w:after="60"/>
              <w:rPr>
                <w:sz w:val="22"/>
                <w:lang w:val="es-EC"/>
              </w:rPr>
            </w:pPr>
            <w:r>
              <w:rPr>
                <w:sz w:val="22"/>
                <w:lang w:val="es-EC"/>
              </w:rPr>
              <w:t>_______________________________________________</w:t>
            </w:r>
          </w:p>
        </w:tc>
      </w:tr>
    </w:tbl>
    <w:p w14:paraId="1AB2C3F9" w14:textId="77777777" w:rsidR="002325B1" w:rsidRDefault="002325B1" w:rsidP="00E55BB7">
      <w:pPr>
        <w:spacing w:after="60"/>
        <w:rPr>
          <w:sz w:val="22"/>
          <w:lang w:val="es-EC"/>
        </w:rPr>
      </w:pPr>
    </w:p>
    <w:p w14:paraId="51F20FA9" w14:textId="328EBA96" w:rsidR="002325B1" w:rsidRPr="00AB6B81" w:rsidRDefault="009B7540" w:rsidP="00E55BB7">
      <w:pPr>
        <w:pStyle w:val="Listaconvietas"/>
        <w:numPr>
          <w:ilvl w:val="0"/>
          <w:numId w:val="0"/>
        </w:numPr>
        <w:spacing w:after="60"/>
        <w:rPr>
          <w:sz w:val="36"/>
          <w:szCs w:val="32"/>
        </w:rPr>
      </w:pPr>
      <w:r>
        <w:rPr>
          <w:b/>
          <w:color w:val="00953E"/>
          <w:sz w:val="34"/>
          <w:szCs w:val="32"/>
        </w:rPr>
        <w:t xml:space="preserve">B. Identificación del solicitante.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4A0" w:firstRow="1" w:lastRow="0" w:firstColumn="1" w:lastColumn="0" w:noHBand="0" w:noVBand="1"/>
      </w:tblPr>
      <w:tblGrid>
        <w:gridCol w:w="3700"/>
        <w:gridCol w:w="6000"/>
      </w:tblGrid>
      <w:tr w:rsidR="002325B1" w:rsidRPr="00AB6B81" w14:paraId="4E57A478" w14:textId="77777777" w:rsidTr="00E55BB7">
        <w:trPr>
          <w:cantSplit/>
          <w:jc w:val="center"/>
        </w:trPr>
        <w:tc>
          <w:tcPr>
            <w:tcW w:w="3700" w:type="dxa"/>
            <w:shd w:val="clear" w:color="auto" w:fill="DBE5F1" w:themeFill="accent1" w:themeFillTint="33"/>
            <w:tcMar>
              <w:top w:w="80" w:type="dxa"/>
              <w:left w:w="80" w:type="dxa"/>
              <w:bottom w:w="80" w:type="dxa"/>
              <w:right w:w="80" w:type="dxa"/>
            </w:tcMar>
            <w:vAlign w:val="center"/>
          </w:tcPr>
          <w:p w14:paraId="4E4FA6C0" w14:textId="3334A55C" w:rsidR="002325B1" w:rsidRPr="00E55BB7" w:rsidRDefault="009B7540" w:rsidP="00E55BB7">
            <w:pPr>
              <w:spacing w:after="0"/>
              <w:jc w:val="right"/>
              <w:rPr>
                <w:color w:val="000000" w:themeColor="text1"/>
                <w:sz w:val="22"/>
                <w:szCs w:val="24"/>
              </w:rPr>
            </w:pPr>
            <w:r>
              <w:rPr>
                <w:b/>
                <w:color w:val="000000" w:themeColor="text1"/>
                <w:szCs w:val="24"/>
              </w:rPr>
              <w:t xml:space="preserve">Nombres y apellidos completos.</w:t>
            </w:r>
          </w:p>
        </w:tc>
        <w:tc>
          <w:tcPr>
            <w:tcW w:w="6000" w:type="dxa"/>
            <w:shd w:val="clear" w:color="auto" w:fill="FFFFFF" w:themeFill="background1"/>
            <w:tcMar>
              <w:top w:w="80" w:type="dxa"/>
              <w:left w:w="80" w:type="dxa"/>
              <w:bottom w:w="80" w:type="dxa"/>
              <w:right w:w="80" w:type="dxa"/>
            </w:tcMar>
            <w:vAlign w:val="center"/>
          </w:tcPr>
          <w:p w14:paraId="60BD0437" w14:textId="77777777" w:rsidR="002325B1" w:rsidRPr="00AB6B81" w:rsidRDefault="009B7540" w:rsidP="00E55BB7">
            <w:pPr>
              <w:spacing w:after="0"/>
              <w:rPr>
                <w:sz w:val="22"/>
                <w:szCs w:val="24"/>
              </w:rPr>
            </w:pPr>
            <w:r>
              <w:rPr>
                <w:szCs w:val="24"/>
              </w:rPr>
              <w:br/>
            </w:r>
          </w:p>
        </w:tc>
      </w:tr>
      <w:tr w:rsidR="002325B1" w:rsidRPr="00AB6B81" w14:paraId="1648196A" w14:textId="77777777" w:rsidTr="00E55BB7">
        <w:trPr>
          <w:cantSplit/>
          <w:jc w:val="center"/>
        </w:trPr>
        <w:tc>
          <w:tcPr>
            <w:tcW w:w="3700" w:type="dxa"/>
            <w:shd w:val="clear" w:color="auto" w:fill="DBE5F1" w:themeFill="accent1" w:themeFillTint="33"/>
            <w:tcMar>
              <w:top w:w="80" w:type="dxa"/>
              <w:left w:w="80" w:type="dxa"/>
              <w:bottom w:w="80" w:type="dxa"/>
              <w:right w:w="80" w:type="dxa"/>
            </w:tcMar>
            <w:vAlign w:val="center"/>
          </w:tcPr>
          <w:p w14:paraId="134D7E6A" w14:textId="05B8953D" w:rsidR="002325B1" w:rsidRPr="00E55BB7" w:rsidRDefault="009B7540" w:rsidP="00E55BB7">
            <w:pPr>
              <w:spacing w:after="0"/>
              <w:jc w:val="right"/>
              <w:rPr>
                <w:color w:val="000000" w:themeColor="text1"/>
                <w:sz w:val="22"/>
                <w:szCs w:val="24"/>
              </w:rPr>
            </w:pPr>
            <w:r>
              <w:rPr>
                <w:b/>
                <w:color w:val="000000" w:themeColor="text1"/>
                <w:szCs w:val="24"/>
              </w:rPr>
              <w:t xml:space="preserve">Cédula / pasaporte / otro identificador.</w:t>
            </w:r>
          </w:p>
        </w:tc>
        <w:tc>
          <w:tcPr>
            <w:tcW w:w="6000" w:type="dxa"/>
            <w:shd w:val="clear" w:color="auto" w:fill="FFFFFF" w:themeFill="background1"/>
            <w:tcMar>
              <w:top w:w="80" w:type="dxa"/>
              <w:left w:w="80" w:type="dxa"/>
              <w:bottom w:w="80" w:type="dxa"/>
              <w:right w:w="80" w:type="dxa"/>
            </w:tcMar>
            <w:vAlign w:val="center"/>
          </w:tcPr>
          <w:p w14:paraId="1EF774CA" w14:textId="77777777" w:rsidR="002325B1" w:rsidRPr="00AB6B81" w:rsidRDefault="009B7540" w:rsidP="00E55BB7">
            <w:pPr>
              <w:spacing w:after="0"/>
              <w:rPr>
                <w:sz w:val="22"/>
                <w:szCs w:val="24"/>
              </w:rPr>
            </w:pPr>
            <w:r>
              <w:rPr>
                <w:szCs w:val="24"/>
              </w:rPr>
              <w:br/>
            </w:r>
          </w:p>
        </w:tc>
      </w:tr>
      <w:tr w:rsidR="002325B1" w:rsidRPr="00AB6B81" w14:paraId="1DBF4292" w14:textId="77777777" w:rsidTr="00E55BB7">
        <w:trPr>
          <w:cantSplit/>
          <w:jc w:val="center"/>
        </w:trPr>
        <w:tc>
          <w:tcPr>
            <w:tcW w:w="3700" w:type="dxa"/>
            <w:shd w:val="clear" w:color="auto" w:fill="DBE5F1" w:themeFill="accent1" w:themeFillTint="33"/>
            <w:tcMar>
              <w:top w:w="80" w:type="dxa"/>
              <w:left w:w="80" w:type="dxa"/>
              <w:bottom w:w="80" w:type="dxa"/>
              <w:right w:w="80" w:type="dxa"/>
            </w:tcMar>
            <w:vAlign w:val="center"/>
          </w:tcPr>
          <w:p w14:paraId="6703BB8A" w14:textId="1541FE55" w:rsidR="002325B1" w:rsidRPr="00E55BB7" w:rsidRDefault="009B7540" w:rsidP="00E55BB7">
            <w:pPr>
              <w:spacing w:after="0"/>
              <w:jc w:val="right"/>
              <w:rPr>
                <w:color w:val="000000" w:themeColor="text1"/>
                <w:sz w:val="22"/>
                <w:szCs w:val="24"/>
              </w:rPr>
            </w:pPr>
            <w:r>
              <w:rPr>
                <w:b/>
                <w:color w:val="000000" w:themeColor="text1"/>
                <w:szCs w:val="24"/>
              </w:rPr>
              <w:t xml:space="preserve">Correo electrónico para notificaciones.</w:t>
            </w:r>
          </w:p>
        </w:tc>
        <w:tc>
          <w:tcPr>
            <w:tcW w:w="6000" w:type="dxa"/>
            <w:shd w:val="clear" w:color="auto" w:fill="FFFFFF" w:themeFill="background1"/>
            <w:tcMar>
              <w:top w:w="80" w:type="dxa"/>
              <w:left w:w="80" w:type="dxa"/>
              <w:bottom w:w="80" w:type="dxa"/>
              <w:right w:w="80" w:type="dxa"/>
            </w:tcMar>
            <w:vAlign w:val="center"/>
          </w:tcPr>
          <w:p w14:paraId="153E9AA4" w14:textId="77777777" w:rsidR="002325B1" w:rsidRPr="00AB6B81" w:rsidRDefault="009B7540" w:rsidP="00E55BB7">
            <w:pPr>
              <w:spacing w:after="0"/>
              <w:rPr>
                <w:sz w:val="22"/>
                <w:szCs w:val="24"/>
              </w:rPr>
            </w:pPr>
            <w:r>
              <w:rPr>
                <w:szCs w:val="24"/>
              </w:rPr>
              <w:br/>
            </w:r>
          </w:p>
        </w:tc>
      </w:tr>
      <w:tr w:rsidR="002325B1" w:rsidRPr="00AB6B81" w14:paraId="20E212A1" w14:textId="77777777" w:rsidTr="00E55BB7">
        <w:trPr>
          <w:cantSplit/>
          <w:jc w:val="center"/>
        </w:trPr>
        <w:tc>
          <w:tcPr>
            <w:tcW w:w="3700" w:type="dxa"/>
            <w:shd w:val="clear" w:color="auto" w:fill="DBE5F1" w:themeFill="accent1" w:themeFillTint="33"/>
            <w:tcMar>
              <w:top w:w="80" w:type="dxa"/>
              <w:left w:w="80" w:type="dxa"/>
              <w:bottom w:w="80" w:type="dxa"/>
              <w:right w:w="80" w:type="dxa"/>
            </w:tcMar>
            <w:vAlign w:val="center"/>
          </w:tcPr>
          <w:p w14:paraId="4D69AF55" w14:textId="1FC6CD0F" w:rsidR="002325B1" w:rsidRPr="00E55BB7" w:rsidRDefault="009B7540" w:rsidP="00E55BB7">
            <w:pPr>
              <w:spacing w:after="0"/>
              <w:jc w:val="right"/>
              <w:rPr>
                <w:color w:val="000000" w:themeColor="text1"/>
                <w:sz w:val="22"/>
                <w:szCs w:val="24"/>
              </w:rPr>
            </w:pPr>
            <w:r>
              <w:rPr>
                <w:b/>
                <w:color w:val="000000" w:themeColor="text1"/>
                <w:szCs w:val="24"/>
              </w:rPr>
              <w:t xml:space="preserve">Teléfono de contacto.</w:t>
            </w:r>
          </w:p>
        </w:tc>
        <w:tc>
          <w:tcPr>
            <w:tcW w:w="6000" w:type="dxa"/>
            <w:shd w:val="clear" w:color="auto" w:fill="FFFFFF" w:themeFill="background1"/>
            <w:tcMar>
              <w:top w:w="80" w:type="dxa"/>
              <w:left w:w="80" w:type="dxa"/>
              <w:bottom w:w="80" w:type="dxa"/>
              <w:right w:w="80" w:type="dxa"/>
            </w:tcMar>
            <w:vAlign w:val="center"/>
          </w:tcPr>
          <w:p w14:paraId="6A7836FA" w14:textId="77777777" w:rsidR="002325B1" w:rsidRPr="00AB6B81" w:rsidRDefault="009B7540" w:rsidP="00E55BB7">
            <w:pPr>
              <w:spacing w:after="0"/>
              <w:rPr>
                <w:sz w:val="22"/>
                <w:szCs w:val="24"/>
              </w:rPr>
            </w:pPr>
            <w:r>
              <w:rPr>
                <w:szCs w:val="24"/>
              </w:rPr>
              <w:br/>
            </w:r>
          </w:p>
        </w:tc>
      </w:tr>
      <w:tr w:rsidR="002325B1" w:rsidRPr="00AB6B81" w14:paraId="4D6C4E3A" w14:textId="77777777" w:rsidTr="00E55BB7">
        <w:trPr>
          <w:cantSplit/>
          <w:jc w:val="center"/>
        </w:trPr>
        <w:tc>
          <w:tcPr>
            <w:tcW w:w="3700" w:type="dxa"/>
            <w:shd w:val="clear" w:color="auto" w:fill="DBE5F1" w:themeFill="accent1" w:themeFillTint="33"/>
            <w:tcMar>
              <w:top w:w="80" w:type="dxa"/>
              <w:left w:w="80" w:type="dxa"/>
              <w:bottom w:w="80" w:type="dxa"/>
              <w:right w:w="80" w:type="dxa"/>
            </w:tcMar>
            <w:vAlign w:val="center"/>
          </w:tcPr>
          <w:p w14:paraId="1BF15CFE" w14:textId="28B58B8C" w:rsidR="002325B1" w:rsidRPr="00E55BB7" w:rsidRDefault="009B7540" w:rsidP="00E55BB7">
            <w:pPr>
              <w:spacing w:after="0"/>
              <w:jc w:val="right"/>
              <w:rPr>
                <w:color w:val="000000" w:themeColor="text1"/>
                <w:sz w:val="22"/>
                <w:szCs w:val="24"/>
              </w:rPr>
            </w:pPr>
            <w:r>
              <w:rPr>
                <w:b/>
                <w:color w:val="000000" w:themeColor="text1"/>
                <w:szCs w:val="24"/>
              </w:rPr>
              <w:t xml:space="preserve">Dirección física (opcional).</w:t>
            </w:r>
          </w:p>
        </w:tc>
        <w:tc>
          <w:tcPr>
            <w:tcW w:w="6000" w:type="dxa"/>
            <w:shd w:val="clear" w:color="auto" w:fill="FFFFFF" w:themeFill="background1"/>
            <w:tcMar>
              <w:top w:w="80" w:type="dxa"/>
              <w:left w:w="80" w:type="dxa"/>
              <w:bottom w:w="80" w:type="dxa"/>
              <w:right w:w="80" w:type="dxa"/>
            </w:tcMar>
            <w:vAlign w:val="center"/>
          </w:tcPr>
          <w:p w14:paraId="15894016" w14:textId="77777777" w:rsidR="002325B1" w:rsidRPr="00AB6B81" w:rsidRDefault="009B7540" w:rsidP="00E55BB7">
            <w:pPr>
              <w:spacing w:after="0"/>
              <w:rPr>
                <w:sz w:val="22"/>
                <w:szCs w:val="24"/>
              </w:rPr>
            </w:pPr>
            <w:r>
              <w:rPr>
                <w:szCs w:val="24"/>
              </w:rPr>
              <w:br/>
            </w:r>
          </w:p>
        </w:tc>
      </w:tr>
      <w:tr w:rsidR="002325B1" w:rsidRPr="00242AF1" w14:paraId="6481F0E3" w14:textId="77777777" w:rsidTr="00E55BB7">
        <w:trPr>
          <w:cantSplit/>
          <w:jc w:val="center"/>
        </w:trPr>
        <w:tc>
          <w:tcPr>
            <w:tcW w:w="3700" w:type="dxa"/>
            <w:shd w:val="clear" w:color="auto" w:fill="DBE5F1" w:themeFill="accent1" w:themeFillTint="33"/>
            <w:tcMar>
              <w:top w:w="80" w:type="dxa"/>
              <w:left w:w="80" w:type="dxa"/>
              <w:bottom w:w="80" w:type="dxa"/>
              <w:right w:w="80" w:type="dxa"/>
            </w:tcMar>
            <w:vAlign w:val="center"/>
          </w:tcPr>
          <w:p w14:paraId="4F01F6CA" w14:textId="57B73E31" w:rsidR="002325B1" w:rsidRPr="004E2740" w:rsidRDefault="009B7540" w:rsidP="00E55BB7">
            <w:pPr>
              <w:spacing w:after="0"/>
              <w:jc w:val="right"/>
              <w:rPr>
                <w:color w:val="000000" w:themeColor="text1"/>
                <w:sz w:val="22"/>
                <w:szCs w:val="24"/>
                <w:lang w:val="es-EC"/>
              </w:rPr>
            </w:pPr>
            <w:r>
              <w:rPr>
                <w:b/>
                <w:color w:val="000000" w:themeColor="text1"/>
                <w:szCs w:val="24"/>
                <w:lang w:val="es-EC"/>
              </w:rPr>
              <w:lastRenderedPageBreak/>
              <w:t xml:space="preserve">¿Es trabajador, ex trabajador, cliente, proveedor, franquiciado, visitante u otro?.</w:t>
            </w:r>
          </w:p>
        </w:tc>
        <w:tc>
          <w:tcPr>
            <w:tcW w:w="6000" w:type="dxa"/>
            <w:shd w:val="clear" w:color="auto" w:fill="FFFFFF" w:themeFill="background1"/>
            <w:tcMar>
              <w:top w:w="80" w:type="dxa"/>
              <w:left w:w="80" w:type="dxa"/>
              <w:bottom w:w="80" w:type="dxa"/>
              <w:right w:w="80" w:type="dxa"/>
            </w:tcMar>
            <w:vAlign w:val="center"/>
          </w:tcPr>
          <w:p w14:paraId="1965768E" w14:textId="77777777" w:rsidR="002325B1" w:rsidRPr="004E2740" w:rsidRDefault="009B7540" w:rsidP="00E55BB7">
            <w:pPr>
              <w:spacing w:after="0"/>
              <w:rPr>
                <w:sz w:val="22"/>
                <w:szCs w:val="24"/>
                <w:lang w:val="es-EC"/>
              </w:rPr>
            </w:pPr>
            <w:r>
              <w:rPr>
                <w:szCs w:val="24"/>
                <w:lang w:val="es-EC"/>
              </w:rPr>
              <w:br/>
            </w:r>
          </w:p>
        </w:tc>
      </w:tr>
    </w:tbl>
    <w:p w14:paraId="50E2E9F2" w14:textId="77777777" w:rsidR="0016458B" w:rsidRPr="00242AF1" w:rsidRDefault="0016458B" w:rsidP="0016458B">
      <w:pPr>
        <w:rPr>
          <w:lang w:val="es-EC"/>
        </w:rPr>
      </w:pPr>
    </w:p>
    <w:p w14:paraId="6803235B" w14:textId="6A516D81" w:rsidR="002325B1" w:rsidRPr="00AB6B81" w:rsidRDefault="009B7540">
      <w:pPr>
        <w:pStyle w:val="Ttulo1"/>
        <w:pBdr>
          <w:bottom w:val="single" w:sz="8" w:space="1" w:color="00953E"/>
        </w:pBdr>
        <w:spacing w:before="240" w:after="120"/>
        <w:rPr>
          <w:sz w:val="36"/>
          <w:szCs w:val="32"/>
        </w:rPr>
      </w:pPr>
      <w:r>
        <w:rPr>
          <w:rFonts w:ascii="Liberation Sans" w:eastAsia="Liberation Sans" w:hAnsi="Liberation Sans"/>
          <w:sz w:val="34"/>
          <w:szCs w:val="32"/>
        </w:rPr>
        <w:t xml:space="preserve">C. Representación, si aplica.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5"/>
        <w:gridCol w:w="5095"/>
      </w:tblGrid>
      <w:tr w:rsidR="002325B1" w:rsidRPr="00242AF1" w14:paraId="52777C1A" w14:textId="77777777" w:rsidTr="00E55BB7">
        <w:trPr>
          <w:cantSplit/>
          <w:jc w:val="center"/>
        </w:trPr>
        <w:tc>
          <w:tcPr>
            <w:tcW w:w="5100" w:type="dxa"/>
            <w:shd w:val="clear" w:color="auto" w:fill="DBE5F1" w:themeFill="accent1" w:themeFillTint="33"/>
            <w:tcMar>
              <w:top w:w="80" w:type="dxa"/>
              <w:left w:w="80" w:type="dxa"/>
              <w:bottom w:w="80" w:type="dxa"/>
              <w:right w:w="80" w:type="dxa"/>
            </w:tcMar>
            <w:vAlign w:val="center"/>
          </w:tcPr>
          <w:p w14:paraId="5B7053AA" w14:textId="2BD9D0D1" w:rsidR="002325B1" w:rsidRPr="004E2740" w:rsidRDefault="009B7540" w:rsidP="00E55BB7">
            <w:pPr>
              <w:spacing w:after="40"/>
              <w:jc w:val="right"/>
              <w:rPr>
                <w:color w:val="000000" w:themeColor="text1"/>
                <w:sz w:val="22"/>
                <w:szCs w:val="24"/>
                <w:lang w:val="es-EC"/>
              </w:rPr>
            </w:pPr>
            <w:r>
              <w:rPr>
                <w:b/>
                <w:color w:val="000000" w:themeColor="text1"/>
                <w:szCs w:val="24"/>
                <w:lang w:val="es-EC"/>
              </w:rPr>
              <w:t xml:space="preserve">¿Actúa en nombre propio o como representante?.</w:t>
            </w:r>
          </w:p>
        </w:tc>
        <w:tc>
          <w:tcPr>
            <w:tcW w:w="5100" w:type="dxa"/>
            <w:tcMar>
              <w:top w:w="80" w:type="dxa"/>
              <w:left w:w="80" w:type="dxa"/>
              <w:bottom w:w="80" w:type="dxa"/>
              <w:right w:w="80" w:type="dxa"/>
            </w:tcMar>
            <w:vAlign w:val="center"/>
          </w:tcPr>
          <w:p w14:paraId="7F469964" w14:textId="77777777" w:rsidR="002325B1" w:rsidRPr="004E2740" w:rsidRDefault="009B7540" w:rsidP="00E55BB7">
            <w:pPr>
              <w:spacing w:after="40"/>
              <w:rPr>
                <w:sz w:val="22"/>
                <w:szCs w:val="24"/>
                <w:lang w:val="es-EC"/>
              </w:rPr>
            </w:pPr>
            <w:r>
              <w:rPr>
                <w:szCs w:val="24"/>
                <w:lang w:val="es-EC"/>
              </w:rPr>
              <w:t>☐ En nombre propio    ☐ Como representante</w:t>
            </w:r>
          </w:p>
        </w:tc>
      </w:tr>
      <w:tr w:rsidR="002325B1" w:rsidRPr="00AB6B81" w14:paraId="6E522327" w14:textId="77777777" w:rsidTr="00E55BB7">
        <w:trPr>
          <w:cantSplit/>
          <w:jc w:val="center"/>
        </w:trPr>
        <w:tc>
          <w:tcPr>
            <w:tcW w:w="5100" w:type="dxa"/>
            <w:shd w:val="clear" w:color="auto" w:fill="DBE5F1" w:themeFill="accent1" w:themeFillTint="33"/>
            <w:tcMar>
              <w:top w:w="80" w:type="dxa"/>
              <w:left w:w="80" w:type="dxa"/>
              <w:bottom w:w="80" w:type="dxa"/>
              <w:right w:w="80" w:type="dxa"/>
            </w:tcMar>
            <w:vAlign w:val="center"/>
          </w:tcPr>
          <w:p w14:paraId="4CE0C524" w14:textId="5E2CB4CC" w:rsidR="002325B1" w:rsidRPr="00E55BB7" w:rsidRDefault="009B7540" w:rsidP="00E55BB7">
            <w:pPr>
              <w:spacing w:after="40"/>
              <w:jc w:val="right"/>
              <w:rPr>
                <w:color w:val="000000" w:themeColor="text1"/>
                <w:sz w:val="22"/>
                <w:szCs w:val="24"/>
              </w:rPr>
            </w:pPr>
            <w:r>
              <w:rPr>
                <w:b/>
                <w:color w:val="000000" w:themeColor="text1"/>
                <w:szCs w:val="24"/>
              </w:rPr>
              <w:t xml:space="preserve">Nombre completo del representado.</w:t>
            </w:r>
          </w:p>
        </w:tc>
        <w:tc>
          <w:tcPr>
            <w:tcW w:w="5100" w:type="dxa"/>
            <w:tcMar>
              <w:top w:w="80" w:type="dxa"/>
              <w:left w:w="80" w:type="dxa"/>
              <w:bottom w:w="80" w:type="dxa"/>
              <w:right w:w="80" w:type="dxa"/>
            </w:tcMar>
            <w:vAlign w:val="center"/>
          </w:tcPr>
          <w:p w14:paraId="65F7CBCB" w14:textId="77777777" w:rsidR="002325B1" w:rsidRPr="00AB6B81" w:rsidRDefault="009B7540" w:rsidP="00E55BB7">
            <w:pPr>
              <w:spacing w:after="40"/>
              <w:rPr>
                <w:sz w:val="22"/>
                <w:szCs w:val="24"/>
              </w:rPr>
            </w:pPr>
            <w:r>
              <w:rPr>
                <w:szCs w:val="24"/>
              </w:rPr>
              <w:br/>
            </w:r>
          </w:p>
        </w:tc>
      </w:tr>
      <w:tr w:rsidR="002325B1" w:rsidRPr="00242AF1" w14:paraId="22A41501" w14:textId="77777777" w:rsidTr="00E55BB7">
        <w:trPr>
          <w:cantSplit/>
          <w:jc w:val="center"/>
        </w:trPr>
        <w:tc>
          <w:tcPr>
            <w:tcW w:w="5100" w:type="dxa"/>
            <w:shd w:val="clear" w:color="auto" w:fill="DBE5F1" w:themeFill="accent1" w:themeFillTint="33"/>
            <w:tcMar>
              <w:top w:w="80" w:type="dxa"/>
              <w:left w:w="80" w:type="dxa"/>
              <w:bottom w:w="80" w:type="dxa"/>
              <w:right w:w="80" w:type="dxa"/>
            </w:tcMar>
            <w:vAlign w:val="center"/>
          </w:tcPr>
          <w:p w14:paraId="601B8B66" w14:textId="7420CBE6" w:rsidR="002325B1" w:rsidRPr="004E2740" w:rsidRDefault="009B7540" w:rsidP="00E55BB7">
            <w:pPr>
              <w:spacing w:after="40"/>
              <w:jc w:val="right"/>
              <w:rPr>
                <w:color w:val="000000" w:themeColor="text1"/>
                <w:sz w:val="22"/>
                <w:szCs w:val="24"/>
                <w:lang w:val="es-EC"/>
              </w:rPr>
            </w:pPr>
            <w:r>
              <w:rPr>
                <w:b/>
                <w:color w:val="000000" w:themeColor="text1"/>
                <w:szCs w:val="24"/>
                <w:lang w:val="es-EC"/>
              </w:rPr>
              <w:t>Relación o calidad en la que actúa.</w:t>
            </w:r>
          </w:p>
        </w:tc>
        <w:tc>
          <w:tcPr>
            <w:tcW w:w="5100" w:type="dxa"/>
            <w:tcMar>
              <w:top w:w="80" w:type="dxa"/>
              <w:left w:w="80" w:type="dxa"/>
              <w:bottom w:w="80" w:type="dxa"/>
              <w:right w:w="80" w:type="dxa"/>
            </w:tcMar>
            <w:vAlign w:val="center"/>
          </w:tcPr>
          <w:p w14:paraId="1BBFA831" w14:textId="77777777" w:rsidR="002325B1" w:rsidRPr="004E2740" w:rsidRDefault="009B7540" w:rsidP="00E55BB7">
            <w:pPr>
              <w:spacing w:after="40"/>
              <w:rPr>
                <w:sz w:val="22"/>
                <w:szCs w:val="24"/>
                <w:lang w:val="es-EC"/>
              </w:rPr>
            </w:pPr>
            <w:r>
              <w:rPr>
                <w:szCs w:val="24"/>
                <w:lang w:val="es-EC"/>
              </w:rPr>
              <w:t>☐ Representante legal   ☐ Apoderado   ☐ Padre/madre o representante de menor   ☐ Otro: __________________</w:t>
            </w:r>
          </w:p>
        </w:tc>
      </w:tr>
      <w:tr w:rsidR="002325B1" w:rsidRPr="00AB6B81" w14:paraId="35D148A7" w14:textId="77777777" w:rsidTr="00E55BB7">
        <w:trPr>
          <w:cantSplit/>
          <w:jc w:val="center"/>
        </w:trPr>
        <w:tc>
          <w:tcPr>
            <w:tcW w:w="5100" w:type="dxa"/>
            <w:shd w:val="clear" w:color="auto" w:fill="DBE5F1" w:themeFill="accent1" w:themeFillTint="33"/>
            <w:tcMar>
              <w:top w:w="80" w:type="dxa"/>
              <w:left w:w="80" w:type="dxa"/>
              <w:bottom w:w="80" w:type="dxa"/>
              <w:right w:w="80" w:type="dxa"/>
            </w:tcMar>
            <w:vAlign w:val="center"/>
          </w:tcPr>
          <w:p w14:paraId="0BC6797E" w14:textId="293B35EF" w:rsidR="002325B1" w:rsidRPr="00E55BB7" w:rsidRDefault="009B7540" w:rsidP="00E55BB7">
            <w:pPr>
              <w:spacing w:after="40"/>
              <w:jc w:val="right"/>
              <w:rPr>
                <w:color w:val="000000" w:themeColor="text1"/>
                <w:sz w:val="22"/>
                <w:szCs w:val="24"/>
              </w:rPr>
            </w:pPr>
            <w:r>
              <w:rPr>
                <w:b/>
                <w:color w:val="000000" w:themeColor="text1"/>
                <w:szCs w:val="24"/>
              </w:rPr>
              <w:t xml:space="preserve">Documento que acredita representación.</w:t>
            </w:r>
          </w:p>
        </w:tc>
        <w:tc>
          <w:tcPr>
            <w:tcW w:w="5100" w:type="dxa"/>
            <w:tcMar>
              <w:top w:w="80" w:type="dxa"/>
              <w:left w:w="80" w:type="dxa"/>
              <w:bottom w:w="80" w:type="dxa"/>
              <w:right w:w="80" w:type="dxa"/>
            </w:tcMar>
            <w:vAlign w:val="center"/>
          </w:tcPr>
          <w:p w14:paraId="582F9E1B" w14:textId="77777777" w:rsidR="002325B1" w:rsidRPr="00AB6B81" w:rsidRDefault="009B7540" w:rsidP="00E55BB7">
            <w:pPr>
              <w:spacing w:after="40"/>
              <w:rPr>
                <w:sz w:val="22"/>
                <w:szCs w:val="24"/>
              </w:rPr>
            </w:pPr>
            <w:r>
              <w:rPr>
                <w:szCs w:val="24"/>
              </w:rPr>
              <w:br/>
            </w:r>
          </w:p>
        </w:tc>
      </w:tr>
    </w:tbl>
    <w:p w14:paraId="54773865" w14:textId="77777777" w:rsidR="00E55BB7" w:rsidRDefault="00E55BB7" w:rsidP="0016458B">
      <w:pPr>
        <w:spacing w:after="0"/>
      </w:pPr>
    </w:p>
    <w:p w14:paraId="38DCF626" w14:textId="7CBB6B28" w:rsidR="002325B1" w:rsidRPr="004E2740" w:rsidRDefault="009B7540">
      <w:pPr>
        <w:pStyle w:val="Ttulo1"/>
        <w:pBdr>
          <w:bottom w:val="single" w:sz="8" w:space="1" w:color="00953E"/>
        </w:pBdr>
        <w:spacing w:before="240" w:after="120"/>
        <w:rPr>
          <w:sz w:val="36"/>
          <w:szCs w:val="32"/>
          <w:lang w:val="es-EC"/>
        </w:rPr>
      </w:pPr>
      <w:r>
        <w:rPr>
          <w:rFonts w:ascii="Liberation Sans" w:eastAsia="Liberation Sans" w:hAnsi="Liberation Sans"/>
          <w:sz w:val="34"/>
          <w:szCs w:val="32"/>
          <w:lang w:val="es-EC"/>
        </w:rPr>
        <w:t>D. Derecho(s) que desea ejercer y qué implica cada uno.</w:t>
      </w:r>
    </w:p>
    <w:p w14:paraId="0FDBF496" w14:textId="77777777" w:rsidR="002325B1" w:rsidRPr="004E2740" w:rsidRDefault="009B7540">
      <w:pPr>
        <w:spacing w:after="100" w:line="259" w:lineRule="auto"/>
        <w:rPr>
          <w:sz w:val="22"/>
          <w:szCs w:val="24"/>
          <w:lang w:val="es-EC"/>
        </w:rPr>
      </w:pPr>
      <w:r>
        <w:rPr>
          <w:szCs w:val="24"/>
          <w:lang w:val="es-EC"/>
        </w:rPr>
        <w:t>Marque uno o varios derechos. La explicación sirve para que la solicitud sea clara y para evitar confundir derechos que tienen efectos distintos.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2548"/>
        <w:gridCol w:w="2547"/>
        <w:gridCol w:w="2547"/>
      </w:tblGrid>
      <w:tr w:rsidR="002325B1" w:rsidRPr="00E55BB7" w14:paraId="0900971A" w14:textId="77777777" w:rsidTr="00E55BB7">
        <w:trPr>
          <w:cantSplit/>
          <w:tblHeader/>
          <w:jc w:val="center"/>
        </w:trPr>
        <w:tc>
          <w:tcPr>
            <w:tcW w:w="2550" w:type="dxa"/>
            <w:shd w:val="clear" w:color="auto" w:fill="00953E"/>
            <w:vAlign w:val="center"/>
          </w:tcPr>
          <w:p w14:paraId="0442DDBC" w14:textId="77777777" w:rsidR="002325B1" w:rsidRPr="00E55BB7" w:rsidRDefault="009B7540" w:rsidP="00E55BB7">
            <w:pPr>
              <w:spacing w:after="40"/>
              <w:jc w:val="center"/>
              <w:rPr>
                <w:sz w:val="22"/>
              </w:rPr>
            </w:pPr>
            <w:r>
              <w:rPr>
                <w:b/>
                <w:color w:val="FFFFFF"/>
                <w:sz w:val="22"/>
              </w:rPr>
              <w:t>Derecho</w:t>
            </w:r>
          </w:p>
        </w:tc>
        <w:tc>
          <w:tcPr>
            <w:tcW w:w="2550" w:type="dxa"/>
            <w:shd w:val="clear" w:color="auto" w:fill="00953E"/>
            <w:vAlign w:val="center"/>
          </w:tcPr>
          <w:p w14:paraId="14413477" w14:textId="77777777" w:rsidR="002325B1" w:rsidRPr="00E55BB7" w:rsidRDefault="009B7540" w:rsidP="00E55BB7">
            <w:pPr>
              <w:spacing w:after="40"/>
              <w:jc w:val="center"/>
              <w:rPr>
                <w:sz w:val="22"/>
              </w:rPr>
            </w:pPr>
            <w:r>
              <w:rPr>
                <w:b/>
                <w:color w:val="FFFFFF"/>
                <w:sz w:val="22"/>
              </w:rPr>
              <w:t xml:space="preserve">¿Qué puede pedir?</w:t>
            </w:r>
          </w:p>
        </w:tc>
        <w:tc>
          <w:tcPr>
            <w:tcW w:w="2550" w:type="dxa"/>
            <w:shd w:val="clear" w:color="auto" w:fill="00953E"/>
            <w:vAlign w:val="center"/>
          </w:tcPr>
          <w:p w14:paraId="2486716E" w14:textId="77777777" w:rsidR="002325B1" w:rsidRPr="00E55BB7" w:rsidRDefault="009B7540" w:rsidP="00E55BB7">
            <w:pPr>
              <w:spacing w:after="40"/>
              <w:jc w:val="center"/>
              <w:rPr>
                <w:sz w:val="22"/>
              </w:rPr>
            </w:pPr>
            <w:r>
              <w:rPr>
                <w:b/>
                <w:color w:val="FFFFFF"/>
                <w:sz w:val="22"/>
              </w:rPr>
              <w:t xml:space="preserve">Efecto práctico</w:t>
            </w:r>
          </w:p>
        </w:tc>
        <w:tc>
          <w:tcPr>
            <w:tcW w:w="2550" w:type="dxa"/>
            <w:shd w:val="clear" w:color="auto" w:fill="00953E"/>
            <w:vAlign w:val="center"/>
          </w:tcPr>
          <w:p w14:paraId="54BA4547" w14:textId="77777777" w:rsidR="002325B1" w:rsidRPr="00E55BB7" w:rsidRDefault="009B7540" w:rsidP="00E55BB7">
            <w:pPr>
              <w:spacing w:after="40"/>
              <w:jc w:val="center"/>
              <w:rPr>
                <w:sz w:val="22"/>
              </w:rPr>
            </w:pPr>
            <w:r>
              <w:rPr>
                <w:b/>
                <w:color w:val="FFFFFF"/>
                <w:sz w:val="22"/>
              </w:rPr>
              <w:t xml:space="preserve">Límites frecuentes</w:t>
            </w:r>
          </w:p>
        </w:tc>
      </w:tr>
      <w:tr w:rsidR="002325B1" w:rsidRPr="00242AF1" w14:paraId="016B5532" w14:textId="77777777" w:rsidTr="00E55BB7">
        <w:trPr>
          <w:cantSplit/>
          <w:jc w:val="center"/>
        </w:trPr>
        <w:tc>
          <w:tcPr>
            <w:tcW w:w="2550" w:type="dxa"/>
            <w:tcMar>
              <w:top w:w="55" w:type="dxa"/>
              <w:left w:w="45" w:type="dxa"/>
              <w:bottom w:w="55" w:type="dxa"/>
              <w:right w:w="45" w:type="dxa"/>
            </w:tcMar>
            <w:vAlign w:val="center"/>
          </w:tcPr>
          <w:p w14:paraId="76B17FE8" w14:textId="3B628E4C" w:rsidR="002325B1" w:rsidRPr="004E2740" w:rsidRDefault="009B7540" w:rsidP="00E55BB7">
            <w:pPr>
              <w:spacing w:after="40"/>
              <w:jc w:val="center"/>
              <w:rPr>
                <w:color w:val="000000" w:themeColor="text1"/>
                <w:sz w:val="18"/>
                <w:szCs w:val="18"/>
              </w:rPr>
            </w:pPr>
            <w:r>
              <w:rPr>
                <w:b/>
                <w:color w:val="000000" w:themeColor="text1"/>
                <w:sz w:val="18"/>
                <w:szCs w:val="18"/>
              </w:rPr>
              <w:t xml:space="preserve">☐ Información.</w:t>
            </w:r>
          </w:p>
        </w:tc>
        <w:tc>
          <w:tcPr>
            <w:tcW w:w="2550" w:type="dxa"/>
            <w:tcMar>
              <w:top w:w="55" w:type="dxa"/>
              <w:left w:w="45" w:type="dxa"/>
              <w:bottom w:w="55" w:type="dxa"/>
              <w:right w:w="45" w:type="dxa"/>
            </w:tcMar>
            <w:vAlign w:val="center"/>
          </w:tcPr>
          <w:p w14:paraId="1284E1B8" w14:textId="77777777" w:rsidR="002325B1" w:rsidRPr="004E2740" w:rsidRDefault="009B7540" w:rsidP="00242AF1">
            <w:pPr>
              <w:spacing w:after="40"/>
              <w:jc w:val="both"/>
              <w:rPr>
                <w:sz w:val="18"/>
                <w:szCs w:val="18"/>
                <w:lang w:val="es-EC"/>
              </w:rPr>
            </w:pPr>
            <w:r>
              <w:rPr>
                <w:sz w:val="18"/>
                <w:szCs w:val="18"/>
                <w:lang w:val="es-EC"/>
              </w:rPr>
              <w:t>Solicitar explicación clara sobre quién trata sus datos, para qué finalidades, con qué base legitimadora, qué datos se tratan, por cuánto tiempo, de dónde provienen, con quién se comparten, si hay transferencias y cómo ejercer derechos.</w:t>
            </w:r>
          </w:p>
        </w:tc>
        <w:tc>
          <w:tcPr>
            <w:tcW w:w="2550" w:type="dxa"/>
            <w:tcMar>
              <w:top w:w="55" w:type="dxa"/>
              <w:left w:w="45" w:type="dxa"/>
              <w:bottom w:w="55" w:type="dxa"/>
              <w:right w:w="45" w:type="dxa"/>
            </w:tcMar>
            <w:vAlign w:val="center"/>
          </w:tcPr>
          <w:p w14:paraId="0ED3FBD4" w14:textId="77777777" w:rsidR="002325B1" w:rsidRPr="004E2740" w:rsidRDefault="009B7540" w:rsidP="00242AF1">
            <w:pPr>
              <w:spacing w:after="40"/>
              <w:jc w:val="both"/>
              <w:rPr>
                <w:sz w:val="18"/>
                <w:szCs w:val="18"/>
              </w:rPr>
            </w:pPr>
            <w:r>
              <w:rPr>
                <w:sz w:val="18"/>
                <w:szCs w:val="18"/>
              </w:rPr>
              <w:t xml:space="preserve">Respuesta explicativa clara.</w:t>
            </w:r>
          </w:p>
        </w:tc>
        <w:tc>
          <w:tcPr>
            <w:tcW w:w="2550" w:type="dxa"/>
            <w:tcMar>
              <w:top w:w="55" w:type="dxa"/>
              <w:left w:w="45" w:type="dxa"/>
              <w:bottom w:w="55" w:type="dxa"/>
              <w:right w:w="45" w:type="dxa"/>
            </w:tcMar>
            <w:vAlign w:val="center"/>
          </w:tcPr>
          <w:p w14:paraId="7570BF64" w14:textId="77777777" w:rsidR="002325B1" w:rsidRPr="004E2740" w:rsidRDefault="009B7540" w:rsidP="00242AF1">
            <w:pPr>
              <w:spacing w:after="40"/>
              <w:jc w:val="both"/>
              <w:rPr>
                <w:sz w:val="18"/>
                <w:szCs w:val="18"/>
                <w:lang w:val="es-EC"/>
              </w:rPr>
            </w:pPr>
            <w:r>
              <w:rPr>
                <w:sz w:val="18"/>
                <w:szCs w:val="18"/>
                <w:lang w:val="es-EC"/>
              </w:rPr>
              <w:t>No implica acceso irrestricto a documentos internos, secretos empresariales, información de terceros o análisis reservados.</w:t>
            </w:r>
          </w:p>
        </w:tc>
      </w:tr>
      <w:tr w:rsidR="002325B1" w:rsidRPr="00242AF1" w14:paraId="1D148A69" w14:textId="77777777" w:rsidTr="00E55BB7">
        <w:trPr>
          <w:cantSplit/>
          <w:jc w:val="center"/>
        </w:trPr>
        <w:tc>
          <w:tcPr>
            <w:tcW w:w="2550" w:type="dxa"/>
            <w:tcMar>
              <w:top w:w="55" w:type="dxa"/>
              <w:left w:w="45" w:type="dxa"/>
              <w:bottom w:w="55" w:type="dxa"/>
              <w:right w:w="45" w:type="dxa"/>
            </w:tcMar>
            <w:vAlign w:val="center"/>
          </w:tcPr>
          <w:p w14:paraId="0DB00801" w14:textId="4EF9C390" w:rsidR="002325B1" w:rsidRPr="004E2740" w:rsidRDefault="009B7540" w:rsidP="00E55BB7">
            <w:pPr>
              <w:spacing w:after="40"/>
              <w:jc w:val="center"/>
              <w:rPr>
                <w:color w:val="000000" w:themeColor="text1"/>
                <w:sz w:val="18"/>
                <w:szCs w:val="18"/>
              </w:rPr>
            </w:pPr>
            <w:r>
              <w:rPr>
                <w:b/>
                <w:color w:val="000000" w:themeColor="text1"/>
                <w:sz w:val="18"/>
                <w:szCs w:val="18"/>
              </w:rPr>
              <w:t xml:space="preserve">☐ Acceso.</w:t>
            </w:r>
          </w:p>
        </w:tc>
        <w:tc>
          <w:tcPr>
            <w:tcW w:w="2550" w:type="dxa"/>
            <w:tcMar>
              <w:top w:w="55" w:type="dxa"/>
              <w:left w:w="45" w:type="dxa"/>
              <w:bottom w:w="55" w:type="dxa"/>
              <w:right w:w="45" w:type="dxa"/>
            </w:tcMar>
            <w:vAlign w:val="center"/>
          </w:tcPr>
          <w:p w14:paraId="352FC19E" w14:textId="19F093CD" w:rsidR="002325B1" w:rsidRPr="004E2740" w:rsidRDefault="009B7540" w:rsidP="00242AF1">
            <w:pPr>
              <w:spacing w:after="40"/>
              <w:jc w:val="both"/>
              <w:rPr>
                <w:sz w:val="18"/>
                <w:szCs w:val="18"/>
                <w:lang w:val="es-EC"/>
              </w:rPr>
            </w:pPr>
            <w:r>
              <w:rPr>
                <w:sz w:val="18"/>
                <w:szCs w:val="18"/>
                <w:lang w:val="es-EC"/>
              </w:rPr>
              <w:t xml:space="preserve">Confirmar si FRANCEB  Y LCR tratan o no sus datos personales y obtener copia, extracto, reporte o información comprensible sobre esos datos y su tratamiento.</w:t>
            </w:r>
          </w:p>
        </w:tc>
        <w:tc>
          <w:tcPr>
            <w:tcW w:w="2550" w:type="dxa"/>
            <w:tcMar>
              <w:top w:w="55" w:type="dxa"/>
              <w:left w:w="45" w:type="dxa"/>
              <w:bottom w:w="55" w:type="dxa"/>
              <w:right w:w="45" w:type="dxa"/>
            </w:tcMar>
            <w:vAlign w:val="center"/>
          </w:tcPr>
          <w:p w14:paraId="042392AC" w14:textId="77777777" w:rsidR="002325B1" w:rsidRPr="004E2740" w:rsidRDefault="009B7540" w:rsidP="00242AF1">
            <w:pPr>
              <w:spacing w:after="40"/>
              <w:jc w:val="both"/>
              <w:rPr>
                <w:sz w:val="18"/>
                <w:szCs w:val="18"/>
                <w:lang w:val="es-EC"/>
              </w:rPr>
            </w:pPr>
            <w:r>
              <w:rPr>
                <w:sz w:val="18"/>
                <w:szCs w:val="18"/>
                <w:lang w:val="es-EC"/>
              </w:rPr>
              <w:t>Copia, extracto, reporte o consulta.</w:t>
            </w:r>
          </w:p>
        </w:tc>
        <w:tc>
          <w:tcPr>
            <w:tcW w:w="2550" w:type="dxa"/>
            <w:tcMar>
              <w:top w:w="55" w:type="dxa"/>
              <w:left w:w="45" w:type="dxa"/>
              <w:bottom w:w="55" w:type="dxa"/>
              <w:right w:w="45" w:type="dxa"/>
            </w:tcMar>
            <w:vAlign w:val="center"/>
          </w:tcPr>
          <w:p w14:paraId="63BE7828" w14:textId="77777777" w:rsidR="002325B1" w:rsidRPr="004E2740" w:rsidRDefault="009B7540" w:rsidP="00242AF1">
            <w:pPr>
              <w:spacing w:after="40"/>
              <w:jc w:val="both"/>
              <w:rPr>
                <w:sz w:val="18"/>
                <w:szCs w:val="18"/>
                <w:lang w:val="es-EC"/>
              </w:rPr>
            </w:pPr>
            <w:r>
              <w:rPr>
                <w:sz w:val="18"/>
                <w:szCs w:val="18"/>
                <w:lang w:val="es-EC"/>
              </w:rPr>
              <w:t>La entrega puede limitarse o segmentarse para proteger datos de terceros, seguridad, secreto profesional, investigaciones o información legalmente reservada.</w:t>
            </w:r>
          </w:p>
        </w:tc>
      </w:tr>
      <w:tr w:rsidR="002325B1" w:rsidRPr="00242AF1" w14:paraId="157FFEA1" w14:textId="77777777" w:rsidTr="00E55BB7">
        <w:trPr>
          <w:cantSplit/>
          <w:jc w:val="center"/>
        </w:trPr>
        <w:tc>
          <w:tcPr>
            <w:tcW w:w="2550" w:type="dxa"/>
            <w:tcMar>
              <w:top w:w="55" w:type="dxa"/>
              <w:left w:w="45" w:type="dxa"/>
              <w:bottom w:w="55" w:type="dxa"/>
              <w:right w:w="45" w:type="dxa"/>
            </w:tcMar>
            <w:vAlign w:val="center"/>
          </w:tcPr>
          <w:p w14:paraId="380EA148" w14:textId="5ED04FDD" w:rsidR="002325B1" w:rsidRPr="004E2740" w:rsidRDefault="009B7540" w:rsidP="00E55BB7">
            <w:pPr>
              <w:spacing w:after="40"/>
              <w:jc w:val="center"/>
              <w:rPr>
                <w:color w:val="000000" w:themeColor="text1"/>
                <w:sz w:val="18"/>
                <w:szCs w:val="18"/>
              </w:rPr>
            </w:pPr>
            <w:r>
              <w:rPr>
                <w:b/>
                <w:color w:val="000000" w:themeColor="text1"/>
                <w:sz w:val="18"/>
                <w:szCs w:val="18"/>
              </w:rPr>
              <w:t xml:space="preserve">☐ Rectificación y actualización.</w:t>
            </w:r>
          </w:p>
        </w:tc>
        <w:tc>
          <w:tcPr>
            <w:tcW w:w="2550" w:type="dxa"/>
            <w:tcMar>
              <w:top w:w="55" w:type="dxa"/>
              <w:left w:w="45" w:type="dxa"/>
              <w:bottom w:w="55" w:type="dxa"/>
              <w:right w:w="45" w:type="dxa"/>
            </w:tcMar>
            <w:vAlign w:val="center"/>
          </w:tcPr>
          <w:p w14:paraId="244E1768" w14:textId="18D255C1" w:rsidR="002325B1" w:rsidRPr="004E2740" w:rsidRDefault="009B7540" w:rsidP="00242AF1">
            <w:pPr>
              <w:spacing w:after="40"/>
              <w:jc w:val="both"/>
              <w:rPr>
                <w:sz w:val="18"/>
                <w:szCs w:val="18"/>
                <w:lang w:val="es-EC"/>
              </w:rPr>
            </w:pPr>
            <w:r>
              <w:rPr>
                <w:sz w:val="18"/>
                <w:szCs w:val="18"/>
                <w:lang w:val="es-EC"/>
              </w:rPr>
              <w:t xml:space="preserve">Corregir, completar o actualizar datos inexactos, incompletos, erróneos o desactualizados, por ejemplo, correo, teléfono, dirección, datos de facturación o datos laborales.</w:t>
            </w:r>
          </w:p>
        </w:tc>
        <w:tc>
          <w:tcPr>
            <w:tcW w:w="2550" w:type="dxa"/>
            <w:tcMar>
              <w:top w:w="55" w:type="dxa"/>
              <w:left w:w="45" w:type="dxa"/>
              <w:bottom w:w="55" w:type="dxa"/>
              <w:right w:w="45" w:type="dxa"/>
            </w:tcMar>
            <w:vAlign w:val="center"/>
          </w:tcPr>
          <w:p w14:paraId="62E4B8DC" w14:textId="77777777" w:rsidR="002325B1" w:rsidRPr="004E2740" w:rsidRDefault="009B7540" w:rsidP="00242AF1">
            <w:pPr>
              <w:spacing w:after="40"/>
              <w:jc w:val="both"/>
              <w:rPr>
                <w:sz w:val="18"/>
                <w:szCs w:val="18"/>
              </w:rPr>
            </w:pPr>
            <w:r>
              <w:rPr>
                <w:sz w:val="18"/>
                <w:szCs w:val="18"/>
              </w:rPr>
              <w:t xml:space="preserve">Corrección o actualización documentada.</w:t>
            </w:r>
          </w:p>
        </w:tc>
        <w:tc>
          <w:tcPr>
            <w:tcW w:w="2550" w:type="dxa"/>
            <w:tcMar>
              <w:top w:w="55" w:type="dxa"/>
              <w:left w:w="45" w:type="dxa"/>
              <w:bottom w:w="55" w:type="dxa"/>
              <w:right w:w="45" w:type="dxa"/>
            </w:tcMar>
            <w:vAlign w:val="center"/>
          </w:tcPr>
          <w:p w14:paraId="7B94C615" w14:textId="77777777" w:rsidR="002325B1" w:rsidRPr="004E2740" w:rsidRDefault="009B7540" w:rsidP="00242AF1">
            <w:pPr>
              <w:spacing w:after="40"/>
              <w:jc w:val="both"/>
              <w:rPr>
                <w:sz w:val="18"/>
                <w:szCs w:val="18"/>
                <w:lang w:val="es-EC"/>
              </w:rPr>
            </w:pPr>
            <w:r>
              <w:rPr>
                <w:sz w:val="18"/>
                <w:szCs w:val="18"/>
                <w:lang w:val="es-EC"/>
              </w:rPr>
              <w:t>Puede requerirse soporte mínimo. No procede cambiar registros válidos cuando deban mantenerse por integridad documental, trazabilidad, obligación legal o defensa.</w:t>
            </w:r>
          </w:p>
        </w:tc>
      </w:tr>
      <w:tr w:rsidR="002325B1" w:rsidRPr="00242AF1" w14:paraId="5A38C6AC" w14:textId="77777777" w:rsidTr="00E55BB7">
        <w:trPr>
          <w:cantSplit/>
          <w:jc w:val="center"/>
        </w:trPr>
        <w:tc>
          <w:tcPr>
            <w:tcW w:w="2550" w:type="dxa"/>
            <w:tcMar>
              <w:top w:w="55" w:type="dxa"/>
              <w:left w:w="45" w:type="dxa"/>
              <w:bottom w:w="55" w:type="dxa"/>
              <w:right w:w="45" w:type="dxa"/>
            </w:tcMar>
            <w:vAlign w:val="center"/>
          </w:tcPr>
          <w:p w14:paraId="6A5828A6" w14:textId="52C3C4D2" w:rsidR="002325B1" w:rsidRPr="004E2740" w:rsidRDefault="009B7540" w:rsidP="00E55BB7">
            <w:pPr>
              <w:spacing w:after="40"/>
              <w:jc w:val="center"/>
              <w:rPr>
                <w:color w:val="000000" w:themeColor="text1"/>
                <w:sz w:val="18"/>
                <w:szCs w:val="18"/>
              </w:rPr>
            </w:pPr>
            <w:r>
              <w:rPr>
                <w:b/>
                <w:color w:val="000000" w:themeColor="text1"/>
                <w:sz w:val="18"/>
                <w:szCs w:val="18"/>
              </w:rPr>
              <w:lastRenderedPageBreak/>
              <w:t xml:space="preserve">☐ Eliminación.</w:t>
            </w:r>
          </w:p>
        </w:tc>
        <w:tc>
          <w:tcPr>
            <w:tcW w:w="2550" w:type="dxa"/>
            <w:tcMar>
              <w:top w:w="55" w:type="dxa"/>
              <w:left w:w="45" w:type="dxa"/>
              <w:bottom w:w="55" w:type="dxa"/>
              <w:right w:w="45" w:type="dxa"/>
            </w:tcMar>
            <w:vAlign w:val="center"/>
          </w:tcPr>
          <w:p w14:paraId="531C510E" w14:textId="77777777" w:rsidR="002325B1" w:rsidRPr="004E2740" w:rsidRDefault="009B7540" w:rsidP="00242AF1">
            <w:pPr>
              <w:spacing w:after="40"/>
              <w:jc w:val="both"/>
              <w:rPr>
                <w:sz w:val="18"/>
                <w:szCs w:val="18"/>
                <w:lang w:val="es-EC"/>
              </w:rPr>
            </w:pPr>
            <w:r>
              <w:rPr>
                <w:sz w:val="18"/>
                <w:szCs w:val="18"/>
                <w:lang w:val="es-EC"/>
              </w:rPr>
              <w:t xml:space="preserve">Solicitar la supresión, anonimización o inutilización de datos cuando ya no sean necesarios, se haya cumplido la finalidad, venza el plazo de conservación, se revoque el consentimiento o el tratamiento sea ilegítimo.</w:t>
            </w:r>
          </w:p>
        </w:tc>
        <w:tc>
          <w:tcPr>
            <w:tcW w:w="2550" w:type="dxa"/>
            <w:tcMar>
              <w:top w:w="55" w:type="dxa"/>
              <w:left w:w="45" w:type="dxa"/>
              <w:bottom w:w="55" w:type="dxa"/>
              <w:right w:w="45" w:type="dxa"/>
            </w:tcMar>
            <w:vAlign w:val="center"/>
          </w:tcPr>
          <w:p w14:paraId="005E5D62" w14:textId="77777777" w:rsidR="002325B1" w:rsidRPr="004E2740" w:rsidRDefault="009B7540" w:rsidP="00242AF1">
            <w:pPr>
              <w:spacing w:after="40"/>
              <w:jc w:val="both"/>
              <w:rPr>
                <w:sz w:val="18"/>
                <w:szCs w:val="18"/>
                <w:lang w:val="es-EC"/>
              </w:rPr>
            </w:pPr>
            <w:r>
              <w:rPr>
                <w:sz w:val="18"/>
                <w:szCs w:val="18"/>
                <w:lang w:val="es-EC"/>
              </w:rPr>
              <w:t xml:space="preserve">Supresión, bloqueo, anonimización o negativa motivada.</w:t>
            </w:r>
          </w:p>
        </w:tc>
        <w:tc>
          <w:tcPr>
            <w:tcW w:w="2550" w:type="dxa"/>
            <w:tcMar>
              <w:top w:w="55" w:type="dxa"/>
              <w:left w:w="45" w:type="dxa"/>
              <w:bottom w:w="55" w:type="dxa"/>
              <w:right w:w="45" w:type="dxa"/>
            </w:tcMar>
            <w:vAlign w:val="center"/>
          </w:tcPr>
          <w:p w14:paraId="3F311D2B" w14:textId="3533916A" w:rsidR="002325B1" w:rsidRPr="004E2740" w:rsidRDefault="009B7540" w:rsidP="00242AF1">
            <w:pPr>
              <w:spacing w:after="40"/>
              <w:jc w:val="both"/>
              <w:rPr>
                <w:sz w:val="18"/>
                <w:szCs w:val="18"/>
                <w:lang w:val="es-EC"/>
              </w:rPr>
            </w:pPr>
            <w:r>
              <w:rPr>
                <w:sz w:val="18"/>
                <w:szCs w:val="18"/>
                <w:lang w:val="es-EC"/>
              </w:rPr>
              <w:t xml:space="preserve">No procede si </w:t>
            </w:r>
            <w:r>
              <w:rPr>
                <w:b/>
                <w:bCs/>
                <w:sz w:val="18"/>
                <w:lang w:val="es-EC"/>
              </w:rPr>
              <w:t xml:space="preserve">FRANCEB, O LCR</w:t>
            </w:r>
            <w:r>
              <w:rPr>
                <w:sz w:val="16"/>
                <w:szCs w:val="16"/>
                <w:lang w:val="es-EC"/>
              </w:rPr>
              <w:t xml:space="preserve"> </w:t>
            </w:r>
            <w:r>
              <w:rPr>
                <w:sz w:val="18"/>
                <w:szCs w:val="18"/>
                <w:lang w:val="es-EC"/>
              </w:rPr>
              <w:t>deben conservarlos por obligación legal, tributaria, laboral, contractual, sanitaria, seguridad, defensa de reclamaciones, orden de autoridad o interés legítimo prevalente.</w:t>
            </w:r>
          </w:p>
        </w:tc>
      </w:tr>
      <w:tr w:rsidR="002325B1" w:rsidRPr="00242AF1" w14:paraId="6D54BE62" w14:textId="77777777" w:rsidTr="00E55BB7">
        <w:trPr>
          <w:cantSplit/>
          <w:jc w:val="center"/>
        </w:trPr>
        <w:tc>
          <w:tcPr>
            <w:tcW w:w="2550" w:type="dxa"/>
            <w:tcMar>
              <w:top w:w="55" w:type="dxa"/>
              <w:left w:w="45" w:type="dxa"/>
              <w:bottom w:w="55" w:type="dxa"/>
              <w:right w:w="45" w:type="dxa"/>
            </w:tcMar>
            <w:vAlign w:val="center"/>
          </w:tcPr>
          <w:p w14:paraId="4F2AAAB8" w14:textId="143BBCB9" w:rsidR="002325B1" w:rsidRPr="004E2740" w:rsidRDefault="009B7540" w:rsidP="00E55BB7">
            <w:pPr>
              <w:spacing w:after="40"/>
              <w:jc w:val="center"/>
              <w:rPr>
                <w:color w:val="000000" w:themeColor="text1"/>
                <w:sz w:val="18"/>
                <w:szCs w:val="18"/>
              </w:rPr>
            </w:pPr>
            <w:r>
              <w:rPr>
                <w:b/>
                <w:color w:val="000000" w:themeColor="text1"/>
                <w:sz w:val="18"/>
                <w:szCs w:val="18"/>
              </w:rPr>
              <w:t xml:space="preserve">☐ Oposición.</w:t>
            </w:r>
          </w:p>
        </w:tc>
        <w:tc>
          <w:tcPr>
            <w:tcW w:w="2550" w:type="dxa"/>
            <w:tcMar>
              <w:top w:w="55" w:type="dxa"/>
              <w:left w:w="45" w:type="dxa"/>
              <w:bottom w:w="55" w:type="dxa"/>
              <w:right w:w="45" w:type="dxa"/>
            </w:tcMar>
            <w:vAlign w:val="center"/>
          </w:tcPr>
          <w:p w14:paraId="32E446D0" w14:textId="1DA69C37" w:rsidR="002325B1" w:rsidRPr="004E2740" w:rsidRDefault="009B7540" w:rsidP="00242AF1">
            <w:pPr>
              <w:spacing w:after="40"/>
              <w:jc w:val="both"/>
              <w:rPr>
                <w:sz w:val="18"/>
                <w:szCs w:val="18"/>
                <w:lang w:val="es-EC"/>
              </w:rPr>
            </w:pPr>
            <w:r>
              <w:rPr>
                <w:sz w:val="18"/>
                <w:szCs w:val="18"/>
                <w:lang w:val="es-EC"/>
              </w:rPr>
              <w:t xml:space="preserve">Pedir que </w:t>
            </w:r>
            <w:r>
              <w:rPr>
                <w:b/>
                <w:bCs/>
                <w:sz w:val="18"/>
                <w:lang w:val="es-EC"/>
              </w:rPr>
              <w:t xml:space="preserve">FRANCEB o LCR, </w:t>
            </w:r>
            <w:r>
              <w:rPr>
                <w:sz w:val="18"/>
                <w:szCs w:val="18"/>
                <w:lang w:val="es-EC"/>
              </w:rPr>
              <w:t>dejen de tratar sus datos para una finalidad determinada, especialmente frente a mercadotecnia directa, perfilamiento comercial o tratamientos basados en interés legítimo.</w:t>
            </w:r>
          </w:p>
        </w:tc>
        <w:tc>
          <w:tcPr>
            <w:tcW w:w="2550" w:type="dxa"/>
            <w:tcMar>
              <w:top w:w="55" w:type="dxa"/>
              <w:left w:w="45" w:type="dxa"/>
              <w:bottom w:w="55" w:type="dxa"/>
              <w:right w:w="45" w:type="dxa"/>
            </w:tcMar>
            <w:vAlign w:val="center"/>
          </w:tcPr>
          <w:p w14:paraId="7A7D579A" w14:textId="77777777" w:rsidR="002325B1" w:rsidRPr="004E2740" w:rsidRDefault="009B7540" w:rsidP="00242AF1">
            <w:pPr>
              <w:spacing w:after="40"/>
              <w:jc w:val="both"/>
              <w:rPr>
                <w:sz w:val="18"/>
                <w:szCs w:val="18"/>
                <w:lang w:val="es-EC"/>
              </w:rPr>
            </w:pPr>
            <w:r>
              <w:rPr>
                <w:sz w:val="18"/>
                <w:szCs w:val="18"/>
                <w:lang w:val="es-EC"/>
              </w:rPr>
              <w:t>Exclusión, cese o evaluación de motivos prevalentes.</w:t>
            </w:r>
          </w:p>
        </w:tc>
        <w:tc>
          <w:tcPr>
            <w:tcW w:w="2550" w:type="dxa"/>
            <w:tcMar>
              <w:top w:w="55" w:type="dxa"/>
              <w:left w:w="45" w:type="dxa"/>
              <w:bottom w:w="55" w:type="dxa"/>
              <w:right w:w="45" w:type="dxa"/>
            </w:tcMar>
            <w:vAlign w:val="center"/>
          </w:tcPr>
          <w:p w14:paraId="35969812" w14:textId="72B9BE33" w:rsidR="002325B1" w:rsidRPr="004E2740" w:rsidRDefault="00242AF1" w:rsidP="00242AF1">
            <w:pPr>
              <w:spacing w:after="40"/>
              <w:jc w:val="both"/>
              <w:rPr>
                <w:sz w:val="18"/>
                <w:szCs w:val="18"/>
                <w:lang w:val="es-EC"/>
              </w:rPr>
            </w:pPr>
            <w:r>
              <w:rPr>
                <w:b/>
                <w:bCs/>
                <w:sz w:val="18"/>
                <w:lang w:val="es-EC"/>
              </w:rPr>
              <w:t xml:space="preserve">FRANCEB O LCR </w:t>
            </w:r>
            <w:r>
              <w:rPr>
                <w:sz w:val="18"/>
                <w:szCs w:val="18"/>
                <w:lang w:val="es-EC"/>
              </w:rPr>
              <w:t>podrán continuar si acredita motivos legítimos imperiosos, obligación legal, necesidad contractual, seguridad, defensa o derechos de terceros.</w:t>
            </w:r>
          </w:p>
        </w:tc>
      </w:tr>
      <w:tr w:rsidR="002325B1" w:rsidRPr="00242AF1" w14:paraId="569EB6B2" w14:textId="77777777" w:rsidTr="00E55BB7">
        <w:trPr>
          <w:cantSplit/>
          <w:jc w:val="center"/>
        </w:trPr>
        <w:tc>
          <w:tcPr>
            <w:tcW w:w="2550" w:type="dxa"/>
            <w:tcMar>
              <w:top w:w="55" w:type="dxa"/>
              <w:left w:w="45" w:type="dxa"/>
              <w:bottom w:w="55" w:type="dxa"/>
              <w:right w:w="45" w:type="dxa"/>
            </w:tcMar>
            <w:vAlign w:val="center"/>
          </w:tcPr>
          <w:p w14:paraId="67189941" w14:textId="07E26B51" w:rsidR="002325B1" w:rsidRPr="004E2740" w:rsidRDefault="009B7540" w:rsidP="00E55BB7">
            <w:pPr>
              <w:spacing w:after="40"/>
              <w:jc w:val="center"/>
              <w:rPr>
                <w:color w:val="000000" w:themeColor="text1"/>
                <w:sz w:val="18"/>
                <w:szCs w:val="18"/>
              </w:rPr>
            </w:pPr>
            <w:r>
              <w:rPr>
                <w:b/>
                <w:color w:val="000000" w:themeColor="text1"/>
                <w:sz w:val="18"/>
                <w:szCs w:val="18"/>
              </w:rPr>
              <w:t xml:space="preserve">☐ Suspensión / limitación del tratamiento.</w:t>
            </w:r>
          </w:p>
        </w:tc>
        <w:tc>
          <w:tcPr>
            <w:tcW w:w="2550" w:type="dxa"/>
            <w:tcMar>
              <w:top w:w="55" w:type="dxa"/>
              <w:left w:w="45" w:type="dxa"/>
              <w:bottom w:w="55" w:type="dxa"/>
              <w:right w:w="45" w:type="dxa"/>
            </w:tcMar>
            <w:vAlign w:val="center"/>
          </w:tcPr>
          <w:p w14:paraId="35BC42EF" w14:textId="77777777" w:rsidR="002325B1" w:rsidRPr="004E2740" w:rsidRDefault="009B7540" w:rsidP="00242AF1">
            <w:pPr>
              <w:spacing w:after="40"/>
              <w:jc w:val="both"/>
              <w:rPr>
                <w:sz w:val="18"/>
                <w:szCs w:val="18"/>
                <w:lang w:val="es-EC"/>
              </w:rPr>
            </w:pPr>
            <w:r>
              <w:rPr>
                <w:sz w:val="18"/>
                <w:szCs w:val="18"/>
                <w:lang w:val="es-EC"/>
              </w:rPr>
              <w:t>Solicitar que el uso ordinario de los datos quede temporalmente restringido mientras se verifica exactitud, licitud, oposición o necesidad de conservación.</w:t>
            </w:r>
          </w:p>
        </w:tc>
        <w:tc>
          <w:tcPr>
            <w:tcW w:w="2550" w:type="dxa"/>
            <w:tcMar>
              <w:top w:w="55" w:type="dxa"/>
              <w:left w:w="45" w:type="dxa"/>
              <w:bottom w:w="55" w:type="dxa"/>
              <w:right w:w="45" w:type="dxa"/>
            </w:tcMar>
            <w:vAlign w:val="center"/>
          </w:tcPr>
          <w:p w14:paraId="12608905" w14:textId="77777777" w:rsidR="002325B1" w:rsidRPr="004E2740" w:rsidRDefault="009B7540" w:rsidP="00242AF1">
            <w:pPr>
              <w:spacing w:after="40"/>
              <w:jc w:val="both"/>
              <w:rPr>
                <w:sz w:val="18"/>
                <w:szCs w:val="18"/>
                <w:lang w:val="es-EC"/>
              </w:rPr>
            </w:pPr>
            <w:r>
              <w:rPr>
                <w:sz w:val="18"/>
                <w:szCs w:val="18"/>
                <w:lang w:val="es-EC"/>
              </w:rPr>
              <w:t>Bloqueo temporal o uso restringido.</w:t>
            </w:r>
          </w:p>
        </w:tc>
        <w:tc>
          <w:tcPr>
            <w:tcW w:w="2550" w:type="dxa"/>
            <w:tcMar>
              <w:top w:w="55" w:type="dxa"/>
              <w:left w:w="45" w:type="dxa"/>
              <w:bottom w:w="55" w:type="dxa"/>
              <w:right w:w="45" w:type="dxa"/>
            </w:tcMar>
            <w:vAlign w:val="center"/>
          </w:tcPr>
          <w:p w14:paraId="1C752F27" w14:textId="77777777" w:rsidR="002325B1" w:rsidRPr="004E2740" w:rsidRDefault="009B7540" w:rsidP="00242AF1">
            <w:pPr>
              <w:spacing w:after="40"/>
              <w:jc w:val="both"/>
              <w:rPr>
                <w:sz w:val="18"/>
                <w:szCs w:val="18"/>
                <w:lang w:val="es-EC"/>
              </w:rPr>
            </w:pPr>
            <w:r>
              <w:rPr>
                <w:sz w:val="18"/>
                <w:szCs w:val="18"/>
                <w:lang w:val="es-EC"/>
              </w:rPr>
              <w:t>No siempre equivale a eliminación. Puede implicar bloqueo o uso limitado únicamente para conservación, seguridad, cumplimiento o defensa.</w:t>
            </w:r>
          </w:p>
        </w:tc>
      </w:tr>
      <w:tr w:rsidR="002325B1" w:rsidRPr="00242AF1" w14:paraId="0C15E4BB" w14:textId="77777777" w:rsidTr="00E55BB7">
        <w:trPr>
          <w:cantSplit/>
          <w:jc w:val="center"/>
        </w:trPr>
        <w:tc>
          <w:tcPr>
            <w:tcW w:w="2550" w:type="dxa"/>
            <w:tcMar>
              <w:top w:w="55" w:type="dxa"/>
              <w:left w:w="45" w:type="dxa"/>
              <w:bottom w:w="55" w:type="dxa"/>
              <w:right w:w="45" w:type="dxa"/>
            </w:tcMar>
            <w:vAlign w:val="center"/>
          </w:tcPr>
          <w:p w14:paraId="21D3A81A" w14:textId="1616E881" w:rsidR="002325B1" w:rsidRPr="004E2740" w:rsidRDefault="009B7540" w:rsidP="00E55BB7">
            <w:pPr>
              <w:spacing w:after="40"/>
              <w:jc w:val="center"/>
              <w:rPr>
                <w:color w:val="000000" w:themeColor="text1"/>
                <w:sz w:val="18"/>
                <w:szCs w:val="18"/>
              </w:rPr>
            </w:pPr>
            <w:r>
              <w:rPr>
                <w:b/>
                <w:color w:val="000000" w:themeColor="text1"/>
                <w:sz w:val="18"/>
                <w:szCs w:val="18"/>
              </w:rPr>
              <w:t xml:space="preserve">☐ Portabilidad.</w:t>
            </w:r>
          </w:p>
        </w:tc>
        <w:tc>
          <w:tcPr>
            <w:tcW w:w="2550" w:type="dxa"/>
            <w:tcMar>
              <w:top w:w="55" w:type="dxa"/>
              <w:left w:w="45" w:type="dxa"/>
              <w:bottom w:w="55" w:type="dxa"/>
              <w:right w:w="45" w:type="dxa"/>
            </w:tcMar>
            <w:vAlign w:val="center"/>
          </w:tcPr>
          <w:p w14:paraId="4FE4B454" w14:textId="77777777" w:rsidR="002325B1" w:rsidRPr="004E2740" w:rsidRDefault="009B7540" w:rsidP="00242AF1">
            <w:pPr>
              <w:spacing w:after="40"/>
              <w:jc w:val="both"/>
              <w:rPr>
                <w:sz w:val="18"/>
                <w:szCs w:val="18"/>
                <w:lang w:val="es-EC"/>
              </w:rPr>
            </w:pPr>
            <w:r>
              <w:rPr>
                <w:sz w:val="18"/>
                <w:szCs w:val="18"/>
                <w:lang w:val="es-EC"/>
              </w:rPr>
              <w:t>Recibir sus datos en formato estructurado, común, interoperable y de lectura mecánica, o pedir su transmisión a otro responsable, cuando sea técnicamente posible y jurídicamente procedente.</w:t>
            </w:r>
          </w:p>
        </w:tc>
        <w:tc>
          <w:tcPr>
            <w:tcW w:w="2550" w:type="dxa"/>
            <w:tcMar>
              <w:top w:w="55" w:type="dxa"/>
              <w:left w:w="45" w:type="dxa"/>
              <w:bottom w:w="55" w:type="dxa"/>
              <w:right w:w="45" w:type="dxa"/>
            </w:tcMar>
            <w:vAlign w:val="center"/>
          </w:tcPr>
          <w:p w14:paraId="13E6CDEA" w14:textId="77777777" w:rsidR="002325B1" w:rsidRPr="004E2740" w:rsidRDefault="009B7540" w:rsidP="00242AF1">
            <w:pPr>
              <w:spacing w:after="40"/>
              <w:jc w:val="both"/>
              <w:rPr>
                <w:sz w:val="18"/>
                <w:szCs w:val="18"/>
                <w:lang w:val="es-EC"/>
              </w:rPr>
            </w:pPr>
            <w:r>
              <w:rPr>
                <w:sz w:val="18"/>
                <w:szCs w:val="18"/>
                <w:lang w:val="es-EC"/>
              </w:rPr>
              <w:t>Archivo estructurado o transmisión viable.</w:t>
            </w:r>
          </w:p>
        </w:tc>
        <w:tc>
          <w:tcPr>
            <w:tcW w:w="2550" w:type="dxa"/>
            <w:tcMar>
              <w:top w:w="55" w:type="dxa"/>
              <w:left w:w="45" w:type="dxa"/>
              <w:bottom w:w="55" w:type="dxa"/>
              <w:right w:w="45" w:type="dxa"/>
            </w:tcMar>
            <w:vAlign w:val="center"/>
          </w:tcPr>
          <w:p w14:paraId="187643DB" w14:textId="50720BFF" w:rsidR="002325B1" w:rsidRPr="004E2740" w:rsidRDefault="009B7540" w:rsidP="00242AF1">
            <w:pPr>
              <w:spacing w:after="40"/>
              <w:jc w:val="both"/>
              <w:rPr>
                <w:sz w:val="18"/>
                <w:szCs w:val="18"/>
                <w:lang w:val="es-EC"/>
              </w:rPr>
            </w:pPr>
            <w:r>
              <w:rPr>
                <w:sz w:val="18"/>
                <w:szCs w:val="18"/>
                <w:lang w:val="es-EC"/>
              </w:rPr>
              <w:t xml:space="preserve">No aplica a información inferida, perfiles, valoraciones internas, análisis comerciales, modelos, datos de terceros o información creada por </w:t>
            </w:r>
            <w:r>
              <w:rPr>
                <w:b/>
                <w:bCs/>
                <w:sz w:val="18"/>
                <w:lang w:val="es-EC"/>
              </w:rPr>
              <w:t xml:space="preserve">FRANCEB o LCR</w:t>
            </w:r>
            <w:r>
              <w:rPr>
                <w:sz w:val="16"/>
                <w:szCs w:val="16"/>
                <w:lang w:val="es-EC"/>
              </w:rPr>
              <w:t xml:space="preserve"> </w:t>
            </w:r>
            <w:r>
              <w:rPr>
                <w:sz w:val="18"/>
                <w:szCs w:val="18"/>
                <w:lang w:val="es-EC"/>
              </w:rPr>
              <w:t>a partir de sus propios criterios.</w:t>
            </w:r>
          </w:p>
        </w:tc>
      </w:tr>
      <w:tr w:rsidR="002325B1" w:rsidRPr="00242AF1" w14:paraId="40A3968F" w14:textId="77777777" w:rsidTr="00E55BB7">
        <w:trPr>
          <w:cantSplit/>
          <w:jc w:val="center"/>
        </w:trPr>
        <w:tc>
          <w:tcPr>
            <w:tcW w:w="2550" w:type="dxa"/>
            <w:tcMar>
              <w:top w:w="55" w:type="dxa"/>
              <w:left w:w="45" w:type="dxa"/>
              <w:bottom w:w="55" w:type="dxa"/>
              <w:right w:w="45" w:type="dxa"/>
            </w:tcMar>
            <w:vAlign w:val="center"/>
          </w:tcPr>
          <w:p w14:paraId="3EF487F1" w14:textId="08A7528F" w:rsidR="002325B1" w:rsidRPr="004E2740" w:rsidRDefault="009B7540" w:rsidP="00E55BB7">
            <w:pPr>
              <w:spacing w:after="40"/>
              <w:jc w:val="center"/>
              <w:rPr>
                <w:color w:val="000000" w:themeColor="text1"/>
                <w:sz w:val="18"/>
                <w:szCs w:val="18"/>
              </w:rPr>
            </w:pPr>
            <w:r>
              <w:rPr>
                <w:b/>
                <w:color w:val="000000" w:themeColor="text1"/>
                <w:sz w:val="18"/>
                <w:szCs w:val="18"/>
              </w:rPr>
              <w:t xml:space="preserve">☐ Revocatoria del consentimiento.</w:t>
            </w:r>
          </w:p>
        </w:tc>
        <w:tc>
          <w:tcPr>
            <w:tcW w:w="2550" w:type="dxa"/>
            <w:tcMar>
              <w:top w:w="55" w:type="dxa"/>
              <w:left w:w="45" w:type="dxa"/>
              <w:bottom w:w="55" w:type="dxa"/>
              <w:right w:w="45" w:type="dxa"/>
            </w:tcMar>
            <w:vAlign w:val="center"/>
          </w:tcPr>
          <w:p w14:paraId="460FF042" w14:textId="77777777" w:rsidR="002325B1" w:rsidRPr="004E2740" w:rsidRDefault="009B7540" w:rsidP="00242AF1">
            <w:pPr>
              <w:spacing w:after="40"/>
              <w:jc w:val="both"/>
              <w:rPr>
                <w:sz w:val="18"/>
                <w:szCs w:val="18"/>
                <w:lang w:val="es-EC"/>
              </w:rPr>
            </w:pPr>
            <w:r>
              <w:rPr>
                <w:sz w:val="18"/>
                <w:szCs w:val="18"/>
                <w:lang w:val="es-EC"/>
              </w:rPr>
              <w:t>Retirar el consentimiento otorgado para finalidades opcionales, como determinadas campañas, cookies no necesarias, usos promocionales de imagen o comunicaciones basadas en consentimiento.</w:t>
            </w:r>
          </w:p>
        </w:tc>
        <w:tc>
          <w:tcPr>
            <w:tcW w:w="2550" w:type="dxa"/>
            <w:tcMar>
              <w:top w:w="55" w:type="dxa"/>
              <w:left w:w="45" w:type="dxa"/>
              <w:bottom w:w="55" w:type="dxa"/>
              <w:right w:w="45" w:type="dxa"/>
            </w:tcMar>
            <w:vAlign w:val="center"/>
          </w:tcPr>
          <w:p w14:paraId="6C80E74B" w14:textId="77777777" w:rsidR="002325B1" w:rsidRPr="004E2740" w:rsidRDefault="009B7540" w:rsidP="00242AF1">
            <w:pPr>
              <w:spacing w:after="40"/>
              <w:jc w:val="both"/>
              <w:rPr>
                <w:sz w:val="18"/>
                <w:szCs w:val="18"/>
                <w:lang w:val="es-EC"/>
              </w:rPr>
            </w:pPr>
            <w:r>
              <w:rPr>
                <w:sz w:val="18"/>
                <w:szCs w:val="18"/>
                <w:lang w:val="es-EC"/>
              </w:rPr>
              <w:t>Cese de la finalidad basada en consentimiento.</w:t>
            </w:r>
          </w:p>
        </w:tc>
        <w:tc>
          <w:tcPr>
            <w:tcW w:w="2550" w:type="dxa"/>
            <w:tcMar>
              <w:top w:w="55" w:type="dxa"/>
              <w:left w:w="45" w:type="dxa"/>
              <w:bottom w:w="55" w:type="dxa"/>
              <w:right w:w="45" w:type="dxa"/>
            </w:tcMar>
            <w:vAlign w:val="center"/>
          </w:tcPr>
          <w:p w14:paraId="283627DA" w14:textId="77777777" w:rsidR="002325B1" w:rsidRPr="004E2740" w:rsidRDefault="009B7540" w:rsidP="00242AF1">
            <w:pPr>
              <w:spacing w:after="40"/>
              <w:jc w:val="both"/>
              <w:rPr>
                <w:sz w:val="18"/>
                <w:szCs w:val="18"/>
                <w:lang w:val="es-EC"/>
              </w:rPr>
            </w:pPr>
            <w:r>
              <w:rPr>
                <w:sz w:val="18"/>
                <w:szCs w:val="18"/>
                <w:lang w:val="es-EC"/>
              </w:rPr>
              <w:t>No tiene efecto retroactivo y no impide tratamientos sustentados en obligación legal, contrato, seguridad, defensa, interés legítimo u otra base legitimadora válida.</w:t>
            </w:r>
          </w:p>
        </w:tc>
      </w:tr>
      <w:tr w:rsidR="002325B1" w:rsidRPr="00242AF1" w14:paraId="3179AD26" w14:textId="77777777" w:rsidTr="00E55BB7">
        <w:trPr>
          <w:cantSplit/>
          <w:jc w:val="center"/>
        </w:trPr>
        <w:tc>
          <w:tcPr>
            <w:tcW w:w="2550" w:type="dxa"/>
            <w:tcMar>
              <w:top w:w="55" w:type="dxa"/>
              <w:left w:w="45" w:type="dxa"/>
              <w:bottom w:w="55" w:type="dxa"/>
              <w:right w:w="45" w:type="dxa"/>
            </w:tcMar>
            <w:vAlign w:val="center"/>
          </w:tcPr>
          <w:p w14:paraId="5ED3C6E9" w14:textId="4A5A637B" w:rsidR="002325B1" w:rsidRPr="004E2740" w:rsidRDefault="009B7540" w:rsidP="00E55BB7">
            <w:pPr>
              <w:spacing w:after="40"/>
              <w:jc w:val="center"/>
              <w:rPr>
                <w:color w:val="000000" w:themeColor="text1"/>
                <w:sz w:val="18"/>
                <w:szCs w:val="18"/>
                <w:lang w:val="es-EC"/>
              </w:rPr>
            </w:pPr>
            <w:r>
              <w:rPr>
                <w:b/>
                <w:color w:val="000000" w:themeColor="text1"/>
                <w:sz w:val="18"/>
                <w:szCs w:val="18"/>
                <w:lang w:val="es-EC"/>
              </w:rPr>
              <w:t>☐ No ser objeto de decisiones automatizadas.</w:t>
            </w:r>
          </w:p>
        </w:tc>
        <w:tc>
          <w:tcPr>
            <w:tcW w:w="2550" w:type="dxa"/>
            <w:tcMar>
              <w:top w:w="55" w:type="dxa"/>
              <w:left w:w="45" w:type="dxa"/>
              <w:bottom w:w="55" w:type="dxa"/>
              <w:right w:w="45" w:type="dxa"/>
            </w:tcMar>
            <w:vAlign w:val="center"/>
          </w:tcPr>
          <w:p w14:paraId="7D82C61D" w14:textId="77777777" w:rsidR="002325B1" w:rsidRPr="004E2740" w:rsidRDefault="009B7540" w:rsidP="00242AF1">
            <w:pPr>
              <w:spacing w:after="40"/>
              <w:jc w:val="both"/>
              <w:rPr>
                <w:sz w:val="18"/>
                <w:szCs w:val="18"/>
                <w:lang w:val="es-EC"/>
              </w:rPr>
            </w:pPr>
            <w:r>
              <w:rPr>
                <w:sz w:val="18"/>
                <w:szCs w:val="18"/>
                <w:lang w:val="es-EC"/>
              </w:rPr>
              <w:t>Solicitar explicación, revisión humana, presentación de observaciones o impugnación cuando una decisión basada única o parcialmente en valoraciones automatizadas produzca efectos jurídicos o afecte significativamente sus derechos.</w:t>
            </w:r>
          </w:p>
        </w:tc>
        <w:tc>
          <w:tcPr>
            <w:tcW w:w="2550" w:type="dxa"/>
            <w:tcMar>
              <w:top w:w="55" w:type="dxa"/>
              <w:left w:w="45" w:type="dxa"/>
              <w:bottom w:w="55" w:type="dxa"/>
              <w:right w:w="45" w:type="dxa"/>
            </w:tcMar>
            <w:vAlign w:val="center"/>
          </w:tcPr>
          <w:p w14:paraId="1CF72ED6" w14:textId="77777777" w:rsidR="002325B1" w:rsidRPr="004E2740" w:rsidRDefault="009B7540" w:rsidP="00242AF1">
            <w:pPr>
              <w:spacing w:after="40"/>
              <w:jc w:val="both"/>
              <w:rPr>
                <w:sz w:val="18"/>
                <w:szCs w:val="18"/>
                <w:lang w:val="es-EC"/>
              </w:rPr>
            </w:pPr>
            <w:r>
              <w:rPr>
                <w:sz w:val="18"/>
                <w:szCs w:val="18"/>
                <w:lang w:val="es-EC"/>
              </w:rPr>
              <w:t>Revisión humana, explicación o impugnación.</w:t>
            </w:r>
          </w:p>
        </w:tc>
        <w:tc>
          <w:tcPr>
            <w:tcW w:w="2550" w:type="dxa"/>
            <w:tcMar>
              <w:top w:w="55" w:type="dxa"/>
              <w:left w:w="45" w:type="dxa"/>
              <w:bottom w:w="55" w:type="dxa"/>
              <w:right w:w="45" w:type="dxa"/>
            </w:tcMar>
            <w:vAlign w:val="center"/>
          </w:tcPr>
          <w:p w14:paraId="51CC9B96" w14:textId="77777777" w:rsidR="002325B1" w:rsidRPr="004E2740" w:rsidRDefault="009B7540" w:rsidP="00242AF1">
            <w:pPr>
              <w:spacing w:after="40"/>
              <w:jc w:val="both"/>
              <w:rPr>
                <w:sz w:val="18"/>
                <w:szCs w:val="18"/>
                <w:lang w:val="es-EC"/>
              </w:rPr>
            </w:pPr>
            <w:r>
              <w:rPr>
                <w:sz w:val="18"/>
                <w:szCs w:val="18"/>
                <w:lang w:val="es-EC"/>
              </w:rPr>
              <w:t>No aplica cuando la decisión sea necesaria para un contrato, esté autorizada legalmente, se base en consentimiento explícito con salvaguardas o no produzca afectación relevante.</w:t>
            </w:r>
          </w:p>
        </w:tc>
      </w:tr>
      <w:tr w:rsidR="002325B1" w:rsidRPr="00242AF1" w14:paraId="2407B350" w14:textId="77777777" w:rsidTr="00E55BB7">
        <w:trPr>
          <w:cantSplit/>
          <w:jc w:val="center"/>
        </w:trPr>
        <w:tc>
          <w:tcPr>
            <w:tcW w:w="2550" w:type="dxa"/>
            <w:tcMar>
              <w:top w:w="55" w:type="dxa"/>
              <w:left w:w="45" w:type="dxa"/>
              <w:bottom w:w="55" w:type="dxa"/>
              <w:right w:w="45" w:type="dxa"/>
            </w:tcMar>
            <w:vAlign w:val="center"/>
          </w:tcPr>
          <w:p w14:paraId="23F4549C" w14:textId="36A3F0D1" w:rsidR="002325B1" w:rsidRPr="004E2740" w:rsidRDefault="009B7540" w:rsidP="00E55BB7">
            <w:pPr>
              <w:spacing w:after="40"/>
              <w:jc w:val="center"/>
              <w:rPr>
                <w:color w:val="000000" w:themeColor="text1"/>
                <w:sz w:val="18"/>
                <w:szCs w:val="18"/>
                <w:lang w:val="es-EC"/>
              </w:rPr>
            </w:pPr>
            <w:r>
              <w:rPr>
                <w:b/>
                <w:color w:val="000000" w:themeColor="text1"/>
                <w:sz w:val="18"/>
                <w:szCs w:val="18"/>
                <w:lang w:val="es-EC"/>
              </w:rPr>
              <w:lastRenderedPageBreak/>
              <w:t>☐ Orientación para reclamo ante la SPDP.</w:t>
            </w:r>
          </w:p>
        </w:tc>
        <w:tc>
          <w:tcPr>
            <w:tcW w:w="2550" w:type="dxa"/>
            <w:tcMar>
              <w:top w:w="55" w:type="dxa"/>
              <w:left w:w="45" w:type="dxa"/>
              <w:bottom w:w="55" w:type="dxa"/>
              <w:right w:w="45" w:type="dxa"/>
            </w:tcMar>
            <w:vAlign w:val="center"/>
          </w:tcPr>
          <w:p w14:paraId="6F5EBB49" w14:textId="77777777" w:rsidR="002325B1" w:rsidRPr="004E2740" w:rsidRDefault="009B7540" w:rsidP="00242AF1">
            <w:pPr>
              <w:spacing w:after="40"/>
              <w:jc w:val="both"/>
              <w:rPr>
                <w:sz w:val="18"/>
                <w:szCs w:val="18"/>
                <w:lang w:val="es-EC"/>
              </w:rPr>
            </w:pPr>
            <w:r>
              <w:rPr>
                <w:sz w:val="18"/>
                <w:szCs w:val="18"/>
                <w:lang w:val="es-EC"/>
              </w:rPr>
              <w:t>Solicitar información sobre los canales y pasos para reclamar ante la Superintendencia de Protección de Datos Personales cuando considere vulnerados sus derechos o no reciba respuesta oportuna.</w:t>
            </w:r>
          </w:p>
        </w:tc>
        <w:tc>
          <w:tcPr>
            <w:tcW w:w="2550" w:type="dxa"/>
            <w:tcMar>
              <w:top w:w="55" w:type="dxa"/>
              <w:left w:w="45" w:type="dxa"/>
              <w:bottom w:w="55" w:type="dxa"/>
              <w:right w:w="45" w:type="dxa"/>
            </w:tcMar>
            <w:vAlign w:val="center"/>
          </w:tcPr>
          <w:p w14:paraId="2043DED3" w14:textId="77777777" w:rsidR="002325B1" w:rsidRPr="004E2740" w:rsidRDefault="009B7540" w:rsidP="00242AF1">
            <w:pPr>
              <w:spacing w:after="40"/>
              <w:jc w:val="both"/>
              <w:rPr>
                <w:sz w:val="18"/>
                <w:szCs w:val="18"/>
              </w:rPr>
            </w:pPr>
            <w:r>
              <w:rPr>
                <w:sz w:val="18"/>
                <w:szCs w:val="18"/>
              </w:rPr>
              <w:t xml:space="preserve">Información para reclamar.</w:t>
            </w:r>
          </w:p>
        </w:tc>
        <w:tc>
          <w:tcPr>
            <w:tcW w:w="2550" w:type="dxa"/>
            <w:tcMar>
              <w:top w:w="55" w:type="dxa"/>
              <w:left w:w="45" w:type="dxa"/>
              <w:bottom w:w="55" w:type="dxa"/>
              <w:right w:w="45" w:type="dxa"/>
            </w:tcMar>
            <w:vAlign w:val="center"/>
          </w:tcPr>
          <w:p w14:paraId="66C80F81" w14:textId="4285525C" w:rsidR="002325B1" w:rsidRPr="004E2740" w:rsidRDefault="009B7540" w:rsidP="00242AF1">
            <w:pPr>
              <w:spacing w:after="40"/>
              <w:jc w:val="both"/>
              <w:rPr>
                <w:sz w:val="18"/>
                <w:szCs w:val="18"/>
                <w:lang w:val="es-EC"/>
              </w:rPr>
            </w:pPr>
            <w:r>
              <w:rPr>
                <w:sz w:val="18"/>
                <w:szCs w:val="18"/>
                <w:lang w:val="es-EC"/>
              </w:rPr>
              <w:t xml:space="preserve">El reclamo ante la autoridad es independiente del análisis interno de </w:t>
            </w:r>
            <w:r>
              <w:rPr>
                <w:b/>
                <w:bCs/>
                <w:sz w:val="18"/>
                <w:lang w:val="es-EC"/>
              </w:rPr>
              <w:t xml:space="preserve">FRANCEB O LCR</w:t>
            </w:r>
            <w:r>
              <w:rPr>
                <w:sz w:val="16"/>
                <w:szCs w:val="16"/>
                <w:lang w:val="es-EC"/>
              </w:rPr>
              <w:t xml:space="preserve"> </w:t>
            </w:r>
            <w:r>
              <w:rPr>
                <w:sz w:val="18"/>
                <w:szCs w:val="18"/>
                <w:lang w:val="es-EC"/>
              </w:rPr>
              <w:t>y se presenta por los canales oficiales que la autoridad mantenga habilitados.</w:t>
            </w:r>
          </w:p>
        </w:tc>
      </w:tr>
    </w:tbl>
    <w:p w14:paraId="5676C9AB" w14:textId="57479061" w:rsidR="002325B1" w:rsidRPr="004E2740" w:rsidRDefault="002325B1">
      <w:pPr>
        <w:rPr>
          <w:sz w:val="22"/>
          <w:szCs w:val="24"/>
          <w:lang w:val="es-EC"/>
        </w:rPr>
      </w:pPr>
    </w:p>
    <w:p w14:paraId="26239B82" w14:textId="588734EA" w:rsidR="002325B1" w:rsidRPr="004E2740" w:rsidRDefault="009B7540">
      <w:pPr>
        <w:pStyle w:val="Ttulo1"/>
        <w:pBdr>
          <w:bottom w:val="single" w:sz="8" w:space="1" w:color="00953E"/>
        </w:pBdr>
        <w:spacing w:before="240" w:after="120"/>
        <w:rPr>
          <w:sz w:val="36"/>
          <w:szCs w:val="32"/>
          <w:lang w:val="es-EC"/>
        </w:rPr>
      </w:pPr>
      <w:r>
        <w:rPr>
          <w:rFonts w:ascii="Liberation Sans" w:eastAsia="Liberation Sans" w:hAnsi="Liberation Sans"/>
          <w:sz w:val="34"/>
          <w:szCs w:val="32"/>
          <w:lang w:val="es-EC"/>
        </w:rPr>
        <w:t>E. Descripción clara de la solicitud.</w:t>
      </w:r>
    </w:p>
    <w:p w14:paraId="3F11A3C4" w14:textId="77777777" w:rsidR="002325B1" w:rsidRPr="004E2740" w:rsidRDefault="009B7540">
      <w:pPr>
        <w:spacing w:after="80" w:line="259" w:lineRule="auto"/>
        <w:rPr>
          <w:sz w:val="22"/>
          <w:szCs w:val="24"/>
          <w:lang w:val="es-EC"/>
        </w:rPr>
      </w:pPr>
      <w:r>
        <w:rPr>
          <w:szCs w:val="24"/>
          <w:lang w:val="es-EC"/>
        </w:rPr>
        <w:t>Explique qué solicita, sobre qué datos, canal, sistema, campaña, local, pedido, factura, llamada, imagen, relación laboral, proveedor, franquicia o proceso se refiere, y qué resultado espera obtener.</w:t>
      </w:r>
    </w:p>
    <w:tbl>
      <w:tblPr>
        <w:tblW w:w="0" w:type="auto"/>
        <w:jc w:val="center"/>
        <w:tblLook w:val="04A0" w:firstRow="1" w:lastRow="0" w:firstColumn="1" w:lastColumn="0" w:noHBand="0" w:noVBand="1"/>
      </w:tblPr>
      <w:tblGrid>
        <w:gridCol w:w="10184"/>
      </w:tblGrid>
      <w:tr w:rsidR="002325B1" w:rsidRPr="00242AF1" w14:paraId="656443A8" w14:textId="77777777">
        <w:trPr>
          <w:cantSplit/>
          <w:jc w:val="center"/>
        </w:trPr>
        <w:tc>
          <w:tcPr>
            <w:tcW w:w="10200" w:type="dxa"/>
            <w:tcBorders>
              <w:top w:val="single" w:sz="6" w:space="0" w:color="B7B7B7"/>
              <w:left w:val="single" w:sz="6" w:space="0" w:color="B7B7B7"/>
              <w:bottom w:val="single" w:sz="6" w:space="0" w:color="B7B7B7"/>
              <w:right w:val="single" w:sz="6" w:space="0" w:color="B7B7B7"/>
            </w:tcBorders>
            <w:tcMar>
              <w:top w:w="160" w:type="dxa"/>
              <w:left w:w="120" w:type="dxa"/>
              <w:bottom w:w="160" w:type="dxa"/>
              <w:right w:w="120" w:type="dxa"/>
            </w:tcMar>
          </w:tcPr>
          <w:p w14:paraId="22C4725E" w14:textId="77777777" w:rsidR="002325B1" w:rsidRPr="004E2740" w:rsidRDefault="009B7540">
            <w:pPr>
              <w:spacing w:after="40"/>
              <w:rPr>
                <w:sz w:val="22"/>
                <w:szCs w:val="24"/>
                <w:lang w:val="es-EC"/>
              </w:rPr>
            </w:pPr>
            <w:r>
              <w:rPr>
                <w:szCs w:val="24"/>
                <w:lang w:val="es-EC"/>
              </w:rPr>
              <w:br/>
              <w:br/>
              <w:br/>
              <w:br/>
              <w:br/>
              <w:br/>
              <w:br/>
              <w:br/>
            </w:r>
          </w:p>
        </w:tc>
      </w:tr>
    </w:tbl>
    <w:p w14:paraId="5284771F" w14:textId="7A7A068A" w:rsidR="002325B1" w:rsidRPr="004E2740" w:rsidRDefault="009B7540">
      <w:pPr>
        <w:pStyle w:val="Ttulo1"/>
        <w:pBdr>
          <w:bottom w:val="single" w:sz="8" w:space="1" w:color="00953E"/>
        </w:pBdr>
        <w:spacing w:before="240" w:after="120"/>
        <w:rPr>
          <w:sz w:val="36"/>
          <w:szCs w:val="32"/>
          <w:lang w:val="es-EC"/>
        </w:rPr>
      </w:pPr>
      <w:r>
        <w:rPr>
          <w:rFonts w:ascii="Liberation Sans" w:eastAsia="Liberation Sans" w:hAnsi="Liberation Sans"/>
          <w:sz w:val="34"/>
          <w:szCs w:val="32"/>
          <w:lang w:val="es-EC"/>
        </w:rPr>
        <w:t>F. Datos o contexto que facilitan la Localización.</w:t>
      </w:r>
    </w:p>
    <w:tbl>
      <w:tblPr>
        <w:tblW w:w="0" w:type="auto"/>
        <w:jc w:val="center"/>
        <w:tblLook w:val="04A0" w:firstRow="1" w:lastRow="0" w:firstColumn="1" w:lastColumn="0" w:noHBand="0" w:noVBand="1"/>
      </w:tblPr>
      <w:tblGrid>
        <w:gridCol w:w="2829"/>
        <w:gridCol w:w="7355"/>
      </w:tblGrid>
      <w:tr w:rsidR="002325B1" w:rsidRPr="00AB6B81" w14:paraId="2903FED5" w14:textId="77777777" w:rsidTr="004E2740">
        <w:trPr>
          <w:cantSplit/>
          <w:jc w:val="center"/>
        </w:trPr>
        <w:tc>
          <w:tcPr>
            <w:tcW w:w="2835"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3EDABA1A" w14:textId="34E4552A" w:rsidR="002325B1" w:rsidRPr="004E2740" w:rsidRDefault="009B7540" w:rsidP="008A3858">
            <w:pPr>
              <w:spacing w:after="40"/>
              <w:jc w:val="center"/>
              <w:rPr>
                <w:color w:val="000000" w:themeColor="text1"/>
                <w:sz w:val="18"/>
                <w:szCs w:val="18"/>
              </w:rPr>
            </w:pPr>
            <w:r>
              <w:rPr>
                <w:b/>
                <w:color w:val="000000" w:themeColor="text1"/>
                <w:sz w:val="18"/>
                <w:szCs w:val="18"/>
              </w:rPr>
              <w:t xml:space="preserve">Proceso relacionado.</w:t>
            </w:r>
          </w:p>
        </w:tc>
        <w:tc>
          <w:tcPr>
            <w:tcW w:w="736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6822491D" w14:textId="77777777" w:rsidR="002325B1" w:rsidRPr="00E55BB7" w:rsidRDefault="002325B1" w:rsidP="00E55BB7">
            <w:pPr>
              <w:spacing w:after="40"/>
              <w:rPr>
                <w:sz w:val="21"/>
                <w:szCs w:val="28"/>
              </w:rPr>
            </w:pPr>
          </w:p>
          <w:tbl>
            <w:tblPr>
              <w:tblW w:w="0" w:type="auto"/>
              <w:tblLook w:val="04A0" w:firstRow="1" w:lastRow="0" w:firstColumn="1" w:lastColumn="0" w:noHBand="0" w:noVBand="1"/>
            </w:tblPr>
            <w:tblGrid>
              <w:gridCol w:w="2550"/>
              <w:gridCol w:w="2667"/>
            </w:tblGrid>
            <w:tr w:rsidR="002325B1" w:rsidRPr="00E55BB7" w14:paraId="3206B3ED" w14:textId="77777777">
              <w:tc>
                <w:tcPr>
                  <w:tcW w:w="2550" w:type="dxa"/>
                  <w:tcBorders>
                    <w:top w:val="nil"/>
                    <w:left w:val="nil"/>
                    <w:bottom w:val="nil"/>
                    <w:right w:val="nil"/>
                  </w:tcBorders>
                  <w:tcMar>
                    <w:top w:w="20" w:type="dxa"/>
                    <w:left w:w="20" w:type="dxa"/>
                    <w:bottom w:w="20" w:type="dxa"/>
                    <w:right w:w="20" w:type="dxa"/>
                  </w:tcMar>
                </w:tcPr>
                <w:p w14:paraId="065BDD4B" w14:textId="77777777" w:rsidR="002325B1" w:rsidRPr="00E55BB7" w:rsidRDefault="009B7540" w:rsidP="00E55BB7">
                  <w:pPr>
                    <w:rPr>
                      <w:sz w:val="21"/>
                      <w:szCs w:val="28"/>
                    </w:rPr>
                  </w:pPr>
                  <w:r>
                    <w:rPr>
                      <w:sz w:val="21"/>
                      <w:szCs w:val="28"/>
                    </w:rPr>
                    <w:t xml:space="preserve">☐ Compra en local/POS</w:t>
                  </w:r>
                </w:p>
              </w:tc>
              <w:tc>
                <w:tcPr>
                  <w:tcW w:w="2550" w:type="dxa"/>
                  <w:tcBorders>
                    <w:top w:val="nil"/>
                    <w:left w:val="nil"/>
                    <w:bottom w:val="nil"/>
                    <w:right w:val="nil"/>
                  </w:tcBorders>
                  <w:tcMar>
                    <w:top w:w="20" w:type="dxa"/>
                    <w:left w:w="20" w:type="dxa"/>
                    <w:bottom w:w="20" w:type="dxa"/>
                    <w:right w:w="20" w:type="dxa"/>
                  </w:tcMar>
                </w:tcPr>
                <w:p w14:paraId="0D452E1D" w14:textId="77777777" w:rsidR="002325B1" w:rsidRPr="00E55BB7" w:rsidRDefault="009B7540" w:rsidP="00E55BB7">
                  <w:pPr>
                    <w:rPr>
                      <w:sz w:val="21"/>
                      <w:szCs w:val="28"/>
                    </w:rPr>
                  </w:pPr>
                  <w:r>
                    <w:rPr>
                      <w:sz w:val="21"/>
                      <w:szCs w:val="28"/>
                    </w:rPr>
                    <w:t xml:space="preserve">☐ Pedido web</w:t>
                  </w:r>
                </w:p>
              </w:tc>
            </w:tr>
            <w:tr w:rsidR="002325B1" w:rsidRPr="00E55BB7" w14:paraId="384F778A" w14:textId="77777777">
              <w:tc>
                <w:tcPr>
                  <w:tcW w:w="2550" w:type="dxa"/>
                  <w:tcBorders>
                    <w:top w:val="nil"/>
                    <w:left w:val="nil"/>
                    <w:bottom w:val="nil"/>
                    <w:right w:val="nil"/>
                  </w:tcBorders>
                  <w:tcMar>
                    <w:top w:w="20" w:type="dxa"/>
                    <w:left w:w="20" w:type="dxa"/>
                    <w:bottom w:w="20" w:type="dxa"/>
                    <w:right w:w="20" w:type="dxa"/>
                  </w:tcMar>
                </w:tcPr>
                <w:p w14:paraId="46315713" w14:textId="77777777" w:rsidR="002325B1" w:rsidRPr="00E55BB7" w:rsidRDefault="009B7540" w:rsidP="00E55BB7">
                  <w:pPr>
                    <w:rPr>
                      <w:sz w:val="21"/>
                      <w:szCs w:val="28"/>
                    </w:rPr>
                  </w:pPr>
                  <w:r>
                    <w:rPr>
                      <w:sz w:val="21"/>
                      <w:szCs w:val="28"/>
                    </w:rPr>
                    <w:t xml:space="preserve">☐ Aplicación de delivery</w:t>
                  </w:r>
                </w:p>
              </w:tc>
              <w:tc>
                <w:tcPr>
                  <w:tcW w:w="2550" w:type="dxa"/>
                  <w:tcBorders>
                    <w:top w:val="nil"/>
                    <w:left w:val="nil"/>
                    <w:bottom w:val="nil"/>
                    <w:right w:val="nil"/>
                  </w:tcBorders>
                  <w:tcMar>
                    <w:top w:w="20" w:type="dxa"/>
                    <w:left w:w="20" w:type="dxa"/>
                    <w:bottom w:w="20" w:type="dxa"/>
                    <w:right w:w="20" w:type="dxa"/>
                  </w:tcMar>
                </w:tcPr>
                <w:p w14:paraId="6DE654C8" w14:textId="77777777" w:rsidR="002325B1" w:rsidRPr="00E55BB7" w:rsidRDefault="009B7540" w:rsidP="00E55BB7">
                  <w:pPr>
                    <w:rPr>
                      <w:sz w:val="21"/>
                      <w:szCs w:val="28"/>
                    </w:rPr>
                  </w:pPr>
                  <w:r>
                    <w:rPr>
                      <w:sz w:val="21"/>
                      <w:szCs w:val="28"/>
                    </w:rPr>
                    <w:t>☐ Call center</w:t>
                  </w:r>
                </w:p>
              </w:tc>
            </w:tr>
            <w:tr w:rsidR="002325B1" w:rsidRPr="00E55BB7" w14:paraId="58704D80" w14:textId="77777777">
              <w:tc>
                <w:tcPr>
                  <w:tcW w:w="2550" w:type="dxa"/>
                  <w:tcBorders>
                    <w:top w:val="nil"/>
                    <w:left w:val="nil"/>
                    <w:bottom w:val="nil"/>
                    <w:right w:val="nil"/>
                  </w:tcBorders>
                  <w:tcMar>
                    <w:top w:w="20" w:type="dxa"/>
                    <w:left w:w="20" w:type="dxa"/>
                    <w:bottom w:w="20" w:type="dxa"/>
                    <w:right w:w="20" w:type="dxa"/>
                  </w:tcMar>
                </w:tcPr>
                <w:p w14:paraId="5BA9BEC6" w14:textId="77777777" w:rsidR="002325B1" w:rsidRPr="00E55BB7" w:rsidRDefault="009B7540" w:rsidP="00E55BB7">
                  <w:pPr>
                    <w:rPr>
                      <w:sz w:val="21"/>
                      <w:szCs w:val="28"/>
                    </w:rPr>
                  </w:pPr>
                  <w:r>
                    <w:rPr>
                      <w:sz w:val="21"/>
                      <w:szCs w:val="28"/>
                    </w:rPr>
                    <w:t xml:space="preserve">☐ Facturación</w:t>
                  </w:r>
                </w:p>
              </w:tc>
              <w:tc>
                <w:tcPr>
                  <w:tcW w:w="2550" w:type="dxa"/>
                  <w:tcBorders>
                    <w:top w:val="nil"/>
                    <w:left w:val="nil"/>
                    <w:bottom w:val="nil"/>
                    <w:right w:val="nil"/>
                  </w:tcBorders>
                  <w:tcMar>
                    <w:top w:w="20" w:type="dxa"/>
                    <w:left w:w="20" w:type="dxa"/>
                    <w:bottom w:w="20" w:type="dxa"/>
                    <w:right w:w="20" w:type="dxa"/>
                  </w:tcMar>
                </w:tcPr>
                <w:p w14:paraId="1A08A360" w14:textId="77777777" w:rsidR="002325B1" w:rsidRPr="00E55BB7" w:rsidRDefault="009B7540" w:rsidP="00E55BB7">
                  <w:pPr>
                    <w:rPr>
                      <w:sz w:val="21"/>
                      <w:szCs w:val="28"/>
                    </w:rPr>
                  </w:pPr>
                  <w:r>
                    <w:rPr>
                      <w:sz w:val="21"/>
                      <w:szCs w:val="28"/>
                    </w:rPr>
                    <w:t xml:space="preserve">☐ Reclamo/cambio/devolución</w:t>
                  </w:r>
                </w:p>
              </w:tc>
            </w:tr>
            <w:tr w:rsidR="002325B1" w:rsidRPr="00E55BB7" w14:paraId="4C93AEC3" w14:textId="77777777">
              <w:tc>
                <w:tcPr>
                  <w:tcW w:w="2550" w:type="dxa"/>
                  <w:tcBorders>
                    <w:top w:val="nil"/>
                    <w:left w:val="nil"/>
                    <w:bottom w:val="nil"/>
                    <w:right w:val="nil"/>
                  </w:tcBorders>
                  <w:tcMar>
                    <w:top w:w="20" w:type="dxa"/>
                    <w:left w:w="20" w:type="dxa"/>
                    <w:bottom w:w="20" w:type="dxa"/>
                    <w:right w:w="20" w:type="dxa"/>
                  </w:tcMar>
                </w:tcPr>
                <w:p w14:paraId="675A071B" w14:textId="77777777" w:rsidR="002325B1" w:rsidRPr="00E55BB7" w:rsidRDefault="009B7540" w:rsidP="00E55BB7">
                  <w:pPr>
                    <w:rPr>
                      <w:sz w:val="21"/>
                      <w:szCs w:val="28"/>
                    </w:rPr>
                  </w:pPr>
                  <w:r>
                    <w:rPr>
                      <w:sz w:val="21"/>
                      <w:szCs w:val="28"/>
                    </w:rPr>
                    <w:t>☐ Marketing/campañas</w:t>
                  </w:r>
                </w:p>
              </w:tc>
              <w:tc>
                <w:tcPr>
                  <w:tcW w:w="2550" w:type="dxa"/>
                  <w:tcBorders>
                    <w:top w:val="nil"/>
                    <w:left w:val="nil"/>
                    <w:bottom w:val="nil"/>
                    <w:right w:val="nil"/>
                  </w:tcBorders>
                  <w:tcMar>
                    <w:top w:w="20" w:type="dxa"/>
                    <w:left w:w="20" w:type="dxa"/>
                    <w:bottom w:w="20" w:type="dxa"/>
                    <w:right w:w="20" w:type="dxa"/>
                  </w:tcMar>
                </w:tcPr>
                <w:p w14:paraId="03CF8E53" w14:textId="77777777" w:rsidR="002325B1" w:rsidRPr="00E55BB7" w:rsidRDefault="009B7540" w:rsidP="00E55BB7">
                  <w:pPr>
                    <w:rPr>
                      <w:sz w:val="21"/>
                      <w:szCs w:val="28"/>
                    </w:rPr>
                  </w:pPr>
                  <w:r>
                    <w:rPr>
                      <w:sz w:val="21"/>
                      <w:szCs w:val="28"/>
                    </w:rPr>
                    <w:t>☐ Sitio web/cookies</w:t>
                  </w:r>
                </w:p>
              </w:tc>
            </w:tr>
            <w:tr w:rsidR="002325B1" w:rsidRPr="00E55BB7" w14:paraId="6B8F3657" w14:textId="77777777">
              <w:tc>
                <w:tcPr>
                  <w:tcW w:w="2550" w:type="dxa"/>
                  <w:tcBorders>
                    <w:top w:val="nil"/>
                    <w:left w:val="nil"/>
                    <w:bottom w:val="nil"/>
                    <w:right w:val="nil"/>
                  </w:tcBorders>
                  <w:tcMar>
                    <w:top w:w="20" w:type="dxa"/>
                    <w:left w:w="20" w:type="dxa"/>
                    <w:bottom w:w="20" w:type="dxa"/>
                    <w:right w:w="20" w:type="dxa"/>
                  </w:tcMar>
                </w:tcPr>
                <w:p w14:paraId="58A459E9" w14:textId="77777777" w:rsidR="002325B1" w:rsidRPr="00E55BB7" w:rsidRDefault="009B7540" w:rsidP="00E55BB7">
                  <w:pPr>
                    <w:rPr>
                      <w:sz w:val="21"/>
                      <w:szCs w:val="28"/>
                    </w:rPr>
                  </w:pPr>
                  <w:r>
                    <w:rPr>
                      <w:sz w:val="21"/>
                      <w:szCs w:val="28"/>
                    </w:rPr>
                    <w:t xml:space="preserve">☐ Talento humano/reclutamiento</w:t>
                  </w:r>
                </w:p>
              </w:tc>
              <w:tc>
                <w:tcPr>
                  <w:tcW w:w="2550" w:type="dxa"/>
                  <w:tcBorders>
                    <w:top w:val="nil"/>
                    <w:left w:val="nil"/>
                    <w:bottom w:val="nil"/>
                    <w:right w:val="nil"/>
                  </w:tcBorders>
                  <w:tcMar>
                    <w:top w:w="20" w:type="dxa"/>
                    <w:left w:w="20" w:type="dxa"/>
                    <w:bottom w:w="20" w:type="dxa"/>
                    <w:right w:w="20" w:type="dxa"/>
                  </w:tcMar>
                </w:tcPr>
                <w:p w14:paraId="341A2F24" w14:textId="77777777" w:rsidR="002325B1" w:rsidRPr="00E55BB7" w:rsidRDefault="009B7540" w:rsidP="00E55BB7">
                  <w:pPr>
                    <w:rPr>
                      <w:sz w:val="21"/>
                      <w:szCs w:val="28"/>
                    </w:rPr>
                  </w:pPr>
                  <w:r>
                    <w:rPr>
                      <w:sz w:val="21"/>
                      <w:szCs w:val="28"/>
                    </w:rPr>
                    <w:t xml:space="preserve">☐ Proveedor</w:t>
                  </w:r>
                </w:p>
              </w:tc>
            </w:tr>
            <w:tr w:rsidR="002325B1" w:rsidRPr="00E55BB7" w14:paraId="32FCE264" w14:textId="77777777">
              <w:tc>
                <w:tcPr>
                  <w:tcW w:w="2550" w:type="dxa"/>
                  <w:tcBorders>
                    <w:top w:val="nil"/>
                    <w:left w:val="nil"/>
                    <w:bottom w:val="nil"/>
                    <w:right w:val="nil"/>
                  </w:tcBorders>
                  <w:tcMar>
                    <w:top w:w="20" w:type="dxa"/>
                    <w:left w:w="20" w:type="dxa"/>
                    <w:bottom w:w="20" w:type="dxa"/>
                    <w:right w:w="20" w:type="dxa"/>
                  </w:tcMar>
                </w:tcPr>
                <w:p w14:paraId="7024A5A2" w14:textId="77777777" w:rsidR="002325B1" w:rsidRPr="00E55BB7" w:rsidRDefault="009B7540" w:rsidP="00E55BB7">
                  <w:pPr>
                    <w:rPr>
                      <w:sz w:val="21"/>
                      <w:szCs w:val="28"/>
                    </w:rPr>
                  </w:pPr>
                  <w:r>
                    <w:rPr>
                      <w:sz w:val="21"/>
                      <w:szCs w:val="28"/>
                    </w:rPr>
                    <w:t xml:space="preserve">☐ Franquiciado</w:t>
                  </w:r>
                </w:p>
              </w:tc>
              <w:tc>
                <w:tcPr>
                  <w:tcW w:w="2550" w:type="dxa"/>
                  <w:tcBorders>
                    <w:top w:val="nil"/>
                    <w:left w:val="nil"/>
                    <w:bottom w:val="nil"/>
                    <w:right w:val="nil"/>
                  </w:tcBorders>
                  <w:tcMar>
                    <w:top w:w="20" w:type="dxa"/>
                    <w:left w:w="20" w:type="dxa"/>
                    <w:bottom w:w="20" w:type="dxa"/>
                    <w:right w:w="20" w:type="dxa"/>
                  </w:tcMar>
                </w:tcPr>
                <w:p w14:paraId="48F325C5" w14:textId="77777777" w:rsidR="002325B1" w:rsidRPr="00E55BB7" w:rsidRDefault="009B7540" w:rsidP="00E55BB7">
                  <w:pPr>
                    <w:rPr>
                      <w:sz w:val="21"/>
                      <w:szCs w:val="28"/>
                    </w:rPr>
                  </w:pPr>
                  <w:r>
                    <w:rPr>
                      <w:sz w:val="21"/>
                      <w:szCs w:val="28"/>
                    </w:rPr>
                    <w:t>☐ CCTV/visitante</w:t>
                  </w:r>
                </w:p>
              </w:tc>
            </w:tr>
            <w:tr w:rsidR="002325B1" w:rsidRPr="00E55BB7" w14:paraId="1531BE4C" w14:textId="77777777">
              <w:tc>
                <w:tcPr>
                  <w:tcW w:w="2550" w:type="dxa"/>
                  <w:tcBorders>
                    <w:top w:val="nil"/>
                    <w:left w:val="nil"/>
                    <w:bottom w:val="nil"/>
                    <w:right w:val="nil"/>
                  </w:tcBorders>
                  <w:tcMar>
                    <w:top w:w="20" w:type="dxa"/>
                    <w:left w:w="20" w:type="dxa"/>
                    <w:bottom w:w="20" w:type="dxa"/>
                    <w:right w:w="20" w:type="dxa"/>
                  </w:tcMar>
                </w:tcPr>
                <w:p w14:paraId="2A85D86B" w14:textId="77777777" w:rsidR="002325B1" w:rsidRPr="00E55BB7" w:rsidRDefault="009B7540" w:rsidP="00E55BB7">
                  <w:pPr>
                    <w:rPr>
                      <w:sz w:val="21"/>
                      <w:szCs w:val="28"/>
                    </w:rPr>
                  </w:pPr>
                  <w:r>
                    <w:rPr>
                      <w:sz w:val="21"/>
                      <w:szCs w:val="28"/>
                    </w:rPr>
                    <w:t xml:space="preserve">☐ Seguridad y salud ocupacional</w:t>
                  </w:r>
                </w:p>
              </w:tc>
              <w:tc>
                <w:tcPr>
                  <w:tcW w:w="2550" w:type="dxa"/>
                  <w:tcBorders>
                    <w:top w:val="nil"/>
                    <w:left w:val="nil"/>
                    <w:bottom w:val="nil"/>
                    <w:right w:val="nil"/>
                  </w:tcBorders>
                  <w:tcMar>
                    <w:top w:w="20" w:type="dxa"/>
                    <w:left w:w="20" w:type="dxa"/>
                    <w:bottom w:w="20" w:type="dxa"/>
                    <w:right w:w="20" w:type="dxa"/>
                  </w:tcMar>
                </w:tcPr>
                <w:p w14:paraId="6BCC3C49" w14:textId="77777777" w:rsidR="002325B1" w:rsidRPr="00E55BB7" w:rsidRDefault="009B7540" w:rsidP="00E55BB7">
                  <w:pPr>
                    <w:rPr>
                      <w:sz w:val="21"/>
                      <w:szCs w:val="28"/>
                    </w:rPr>
                  </w:pPr>
                  <w:r>
                    <w:rPr>
                      <w:sz w:val="21"/>
                      <w:szCs w:val="28"/>
                    </w:rPr>
                    <w:t xml:space="preserve">☐ Otro: __________________</w:t>
                  </w:r>
                </w:p>
              </w:tc>
            </w:tr>
          </w:tbl>
          <w:p w14:paraId="305E342A" w14:textId="77777777" w:rsidR="002325B1" w:rsidRPr="00E55BB7" w:rsidRDefault="002325B1" w:rsidP="00E55BB7">
            <w:pPr>
              <w:spacing w:after="40"/>
              <w:rPr>
                <w:sz w:val="21"/>
                <w:szCs w:val="28"/>
              </w:rPr>
            </w:pPr>
          </w:p>
        </w:tc>
      </w:tr>
      <w:tr w:rsidR="002325B1" w:rsidRPr="00AB6B81" w14:paraId="42D4FCE1" w14:textId="77777777" w:rsidTr="004E2740">
        <w:trPr>
          <w:cantSplit/>
          <w:jc w:val="center"/>
        </w:trPr>
        <w:tc>
          <w:tcPr>
            <w:tcW w:w="2835"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19540779" w14:textId="03F6FA13" w:rsidR="002325B1" w:rsidRPr="004E2740" w:rsidRDefault="009B7540" w:rsidP="008A3858">
            <w:pPr>
              <w:spacing w:after="40"/>
              <w:jc w:val="center"/>
              <w:rPr>
                <w:color w:val="000000" w:themeColor="text1"/>
                <w:sz w:val="18"/>
                <w:szCs w:val="18"/>
                <w:lang w:val="es-EC"/>
              </w:rPr>
            </w:pPr>
            <w:r>
              <w:rPr>
                <w:b/>
                <w:color w:val="000000" w:themeColor="text1"/>
                <w:sz w:val="18"/>
                <w:szCs w:val="18"/>
                <w:lang w:val="es-EC"/>
              </w:rPr>
              <w:lastRenderedPageBreak/>
              <w:t>Canal por el cual entregó o interactuó con sus datos.</w:t>
            </w:r>
          </w:p>
        </w:tc>
        <w:tc>
          <w:tcPr>
            <w:tcW w:w="736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47AF7B7B" w14:textId="77777777" w:rsidR="002325B1" w:rsidRPr="004E2740" w:rsidRDefault="002325B1" w:rsidP="00E55BB7">
            <w:pPr>
              <w:spacing w:after="40"/>
              <w:rPr>
                <w:sz w:val="21"/>
                <w:szCs w:val="28"/>
                <w:lang w:val="es-EC"/>
              </w:rPr>
            </w:pPr>
          </w:p>
          <w:tbl>
            <w:tblPr>
              <w:tblW w:w="0" w:type="auto"/>
              <w:tblLook w:val="04A0" w:firstRow="1" w:lastRow="0" w:firstColumn="1" w:lastColumn="0" w:noHBand="0" w:noVBand="1"/>
            </w:tblPr>
            <w:tblGrid>
              <w:gridCol w:w="2550"/>
              <w:gridCol w:w="2550"/>
            </w:tblGrid>
            <w:tr w:rsidR="002325B1" w:rsidRPr="00E55BB7" w14:paraId="160AEEF8" w14:textId="77777777">
              <w:tc>
                <w:tcPr>
                  <w:tcW w:w="2550" w:type="dxa"/>
                  <w:tcBorders>
                    <w:top w:val="nil"/>
                    <w:left w:val="nil"/>
                    <w:bottom w:val="nil"/>
                    <w:right w:val="nil"/>
                  </w:tcBorders>
                  <w:tcMar>
                    <w:top w:w="20" w:type="dxa"/>
                    <w:left w:w="20" w:type="dxa"/>
                    <w:bottom w:w="20" w:type="dxa"/>
                    <w:right w:w="20" w:type="dxa"/>
                  </w:tcMar>
                </w:tcPr>
                <w:p w14:paraId="32210550" w14:textId="77777777" w:rsidR="002325B1" w:rsidRPr="00E55BB7" w:rsidRDefault="009B7540" w:rsidP="00E55BB7">
                  <w:pPr>
                    <w:rPr>
                      <w:sz w:val="21"/>
                      <w:szCs w:val="28"/>
                    </w:rPr>
                  </w:pPr>
                  <w:r>
                    <w:rPr>
                      <w:sz w:val="21"/>
                      <w:szCs w:val="28"/>
                    </w:rPr>
                    <w:t xml:space="preserve">☐ Local físico</w:t>
                  </w:r>
                </w:p>
              </w:tc>
              <w:tc>
                <w:tcPr>
                  <w:tcW w:w="2550" w:type="dxa"/>
                  <w:tcBorders>
                    <w:top w:val="nil"/>
                    <w:left w:val="nil"/>
                    <w:bottom w:val="nil"/>
                    <w:right w:val="nil"/>
                  </w:tcBorders>
                  <w:tcMar>
                    <w:top w:w="20" w:type="dxa"/>
                    <w:left w:w="20" w:type="dxa"/>
                    <w:bottom w:w="20" w:type="dxa"/>
                    <w:right w:w="20" w:type="dxa"/>
                  </w:tcMar>
                </w:tcPr>
                <w:p w14:paraId="37D5898E" w14:textId="77777777" w:rsidR="002325B1" w:rsidRPr="00E55BB7" w:rsidRDefault="009B7540" w:rsidP="00E55BB7">
                  <w:pPr>
                    <w:rPr>
                      <w:sz w:val="21"/>
                      <w:szCs w:val="28"/>
                    </w:rPr>
                  </w:pPr>
                  <w:r>
                    <w:rPr>
                      <w:sz w:val="21"/>
                      <w:szCs w:val="28"/>
                    </w:rPr>
                    <w:t>☐ Sitio web</w:t>
                  </w:r>
                </w:p>
              </w:tc>
            </w:tr>
            <w:tr w:rsidR="002325B1" w:rsidRPr="00E55BB7" w14:paraId="483B9AD8" w14:textId="77777777">
              <w:tc>
                <w:tcPr>
                  <w:tcW w:w="2550" w:type="dxa"/>
                  <w:tcBorders>
                    <w:top w:val="nil"/>
                    <w:left w:val="nil"/>
                    <w:bottom w:val="nil"/>
                    <w:right w:val="nil"/>
                  </w:tcBorders>
                  <w:tcMar>
                    <w:top w:w="20" w:type="dxa"/>
                    <w:left w:w="20" w:type="dxa"/>
                    <w:bottom w:w="20" w:type="dxa"/>
                    <w:right w:w="20" w:type="dxa"/>
                  </w:tcMar>
                </w:tcPr>
                <w:p w14:paraId="3C7E6687" w14:textId="77777777" w:rsidR="002325B1" w:rsidRPr="00E55BB7" w:rsidRDefault="009B7540" w:rsidP="00E55BB7">
                  <w:pPr>
                    <w:rPr>
                      <w:sz w:val="21"/>
                      <w:szCs w:val="28"/>
                    </w:rPr>
                  </w:pPr>
                  <w:r>
                    <w:rPr>
                      <w:sz w:val="21"/>
                      <w:szCs w:val="28"/>
                    </w:rPr>
                    <w:t>☐ Call center</w:t>
                  </w:r>
                </w:p>
              </w:tc>
              <w:tc>
                <w:tcPr>
                  <w:tcW w:w="2550" w:type="dxa"/>
                  <w:tcBorders>
                    <w:top w:val="nil"/>
                    <w:left w:val="nil"/>
                    <w:bottom w:val="nil"/>
                    <w:right w:val="nil"/>
                  </w:tcBorders>
                  <w:tcMar>
                    <w:top w:w="20" w:type="dxa"/>
                    <w:left w:w="20" w:type="dxa"/>
                    <w:bottom w:w="20" w:type="dxa"/>
                    <w:right w:w="20" w:type="dxa"/>
                  </w:tcMar>
                </w:tcPr>
                <w:p w14:paraId="583018FE" w14:textId="77777777" w:rsidR="002325B1" w:rsidRPr="00E55BB7" w:rsidRDefault="009B7540" w:rsidP="00E55BB7">
                  <w:pPr>
                    <w:rPr>
                      <w:sz w:val="21"/>
                      <w:szCs w:val="28"/>
                    </w:rPr>
                  </w:pPr>
                  <w:r>
                    <w:rPr>
                      <w:sz w:val="21"/>
                      <w:szCs w:val="28"/>
                    </w:rPr>
                    <w:t>☐ Uber Eats</w:t>
                  </w:r>
                </w:p>
              </w:tc>
            </w:tr>
            <w:tr w:rsidR="002325B1" w:rsidRPr="00E55BB7" w14:paraId="0FFAAA80" w14:textId="77777777">
              <w:tc>
                <w:tcPr>
                  <w:tcW w:w="2550" w:type="dxa"/>
                  <w:tcBorders>
                    <w:top w:val="nil"/>
                    <w:left w:val="nil"/>
                    <w:bottom w:val="nil"/>
                    <w:right w:val="nil"/>
                  </w:tcBorders>
                  <w:tcMar>
                    <w:top w:w="20" w:type="dxa"/>
                    <w:left w:w="20" w:type="dxa"/>
                    <w:bottom w:w="20" w:type="dxa"/>
                    <w:right w:w="20" w:type="dxa"/>
                  </w:tcMar>
                </w:tcPr>
                <w:p w14:paraId="31B030C1" w14:textId="77777777" w:rsidR="002325B1" w:rsidRPr="00E55BB7" w:rsidRDefault="009B7540" w:rsidP="00E55BB7">
                  <w:pPr>
                    <w:rPr>
                      <w:sz w:val="21"/>
                      <w:szCs w:val="28"/>
                    </w:rPr>
                  </w:pPr>
                  <w:r>
                    <w:rPr>
                      <w:sz w:val="21"/>
                      <w:szCs w:val="28"/>
                    </w:rPr>
                    <w:t xml:space="preserve">☐ Rappi</w:t>
                  </w:r>
                </w:p>
              </w:tc>
              <w:tc>
                <w:tcPr>
                  <w:tcW w:w="2550" w:type="dxa"/>
                  <w:tcBorders>
                    <w:top w:val="nil"/>
                    <w:left w:val="nil"/>
                    <w:bottom w:val="nil"/>
                    <w:right w:val="nil"/>
                  </w:tcBorders>
                  <w:tcMar>
                    <w:top w:w="20" w:type="dxa"/>
                    <w:left w:w="20" w:type="dxa"/>
                    <w:bottom w:w="20" w:type="dxa"/>
                    <w:right w:w="20" w:type="dxa"/>
                  </w:tcMar>
                </w:tcPr>
                <w:p w14:paraId="4F4B1F40" w14:textId="77777777" w:rsidR="002325B1" w:rsidRPr="00E55BB7" w:rsidRDefault="009B7540" w:rsidP="00E55BB7">
                  <w:pPr>
                    <w:rPr>
                      <w:sz w:val="21"/>
                      <w:szCs w:val="28"/>
                    </w:rPr>
                  </w:pPr>
                  <w:r>
                    <w:rPr>
                      <w:sz w:val="21"/>
                      <w:szCs w:val="28"/>
                    </w:rPr>
                    <w:t xml:space="preserve">☐ PedidosYa</w:t>
                  </w:r>
                </w:p>
              </w:tc>
            </w:tr>
            <w:tr w:rsidR="002325B1" w:rsidRPr="00E55BB7" w14:paraId="5F919E18" w14:textId="77777777">
              <w:tc>
                <w:tcPr>
                  <w:tcW w:w="2550" w:type="dxa"/>
                  <w:tcBorders>
                    <w:top w:val="nil"/>
                    <w:left w:val="nil"/>
                    <w:bottom w:val="nil"/>
                    <w:right w:val="nil"/>
                  </w:tcBorders>
                  <w:tcMar>
                    <w:top w:w="20" w:type="dxa"/>
                    <w:left w:w="20" w:type="dxa"/>
                    <w:bottom w:w="20" w:type="dxa"/>
                    <w:right w:w="20" w:type="dxa"/>
                  </w:tcMar>
                </w:tcPr>
                <w:p w14:paraId="1E6BB895" w14:textId="77777777" w:rsidR="002325B1" w:rsidRPr="00E55BB7" w:rsidRDefault="009B7540" w:rsidP="00E55BB7">
                  <w:pPr>
                    <w:rPr>
                      <w:sz w:val="21"/>
                      <w:szCs w:val="28"/>
                    </w:rPr>
                  </w:pPr>
                  <w:r>
                    <w:rPr>
                      <w:sz w:val="21"/>
                      <w:szCs w:val="28"/>
                    </w:rPr>
                    <w:t xml:space="preserve">☐ Correo electrónico</w:t>
                  </w:r>
                </w:p>
              </w:tc>
              <w:tc>
                <w:tcPr>
                  <w:tcW w:w="2550" w:type="dxa"/>
                  <w:tcBorders>
                    <w:top w:val="nil"/>
                    <w:left w:val="nil"/>
                    <w:bottom w:val="nil"/>
                    <w:right w:val="nil"/>
                  </w:tcBorders>
                  <w:tcMar>
                    <w:top w:w="20" w:type="dxa"/>
                    <w:left w:w="20" w:type="dxa"/>
                    <w:bottom w:w="20" w:type="dxa"/>
                    <w:right w:w="20" w:type="dxa"/>
                  </w:tcMar>
                </w:tcPr>
                <w:p w14:paraId="2594FBEE" w14:textId="77777777" w:rsidR="002325B1" w:rsidRPr="00E55BB7" w:rsidRDefault="009B7540" w:rsidP="00E55BB7">
                  <w:pPr>
                    <w:rPr>
                      <w:sz w:val="21"/>
                      <w:szCs w:val="28"/>
                    </w:rPr>
                  </w:pPr>
                  <w:r>
                    <w:rPr>
                      <w:sz w:val="21"/>
                      <w:szCs w:val="28"/>
                    </w:rPr>
                    <w:t>☐ WhatsApp/teléfono</w:t>
                  </w:r>
                </w:p>
              </w:tc>
            </w:tr>
            <w:tr w:rsidR="002325B1" w:rsidRPr="00E55BB7" w14:paraId="47343ADF" w14:textId="77777777">
              <w:tc>
                <w:tcPr>
                  <w:tcW w:w="2550" w:type="dxa"/>
                  <w:tcBorders>
                    <w:top w:val="nil"/>
                    <w:left w:val="nil"/>
                    <w:bottom w:val="nil"/>
                    <w:right w:val="nil"/>
                  </w:tcBorders>
                  <w:tcMar>
                    <w:top w:w="20" w:type="dxa"/>
                    <w:left w:w="20" w:type="dxa"/>
                    <w:bottom w:w="20" w:type="dxa"/>
                    <w:right w:w="20" w:type="dxa"/>
                  </w:tcMar>
                </w:tcPr>
                <w:p w14:paraId="706AE73E" w14:textId="77777777" w:rsidR="002325B1" w:rsidRPr="00E55BB7" w:rsidRDefault="009B7540" w:rsidP="00E55BB7">
                  <w:pPr>
                    <w:rPr>
                      <w:sz w:val="21"/>
                      <w:szCs w:val="28"/>
                    </w:rPr>
                  </w:pPr>
                  <w:r>
                    <w:rPr>
                      <w:sz w:val="21"/>
                      <w:szCs w:val="28"/>
                    </w:rPr>
                    <w:t xml:space="preserve">☐ Redes sociales</w:t>
                  </w:r>
                </w:p>
              </w:tc>
              <w:tc>
                <w:tcPr>
                  <w:tcW w:w="2550" w:type="dxa"/>
                  <w:tcBorders>
                    <w:top w:val="nil"/>
                    <w:left w:val="nil"/>
                    <w:bottom w:val="nil"/>
                    <w:right w:val="nil"/>
                  </w:tcBorders>
                  <w:tcMar>
                    <w:top w:w="20" w:type="dxa"/>
                    <w:left w:w="20" w:type="dxa"/>
                    <w:bottom w:w="20" w:type="dxa"/>
                    <w:right w:w="20" w:type="dxa"/>
                  </w:tcMar>
                </w:tcPr>
                <w:p w14:paraId="50361E46" w14:textId="77777777" w:rsidR="002325B1" w:rsidRPr="00E55BB7" w:rsidRDefault="009B7540" w:rsidP="00E55BB7">
                  <w:pPr>
                    <w:rPr>
                      <w:sz w:val="21"/>
                      <w:szCs w:val="28"/>
                    </w:rPr>
                  </w:pPr>
                  <w:r>
                    <w:rPr>
                      <w:sz w:val="21"/>
                      <w:szCs w:val="28"/>
                    </w:rPr>
                    <w:t xml:space="preserve">☐ Formulario físico</w:t>
                  </w:r>
                </w:p>
              </w:tc>
            </w:tr>
            <w:tr w:rsidR="002325B1" w:rsidRPr="00E55BB7" w14:paraId="5C654F75" w14:textId="77777777">
              <w:tc>
                <w:tcPr>
                  <w:tcW w:w="2550" w:type="dxa"/>
                  <w:tcBorders>
                    <w:top w:val="nil"/>
                    <w:left w:val="nil"/>
                    <w:bottom w:val="nil"/>
                    <w:right w:val="nil"/>
                  </w:tcBorders>
                  <w:tcMar>
                    <w:top w:w="20" w:type="dxa"/>
                    <w:left w:w="20" w:type="dxa"/>
                    <w:bottom w:w="20" w:type="dxa"/>
                    <w:right w:w="20" w:type="dxa"/>
                  </w:tcMar>
                </w:tcPr>
                <w:p w14:paraId="39C355E1" w14:textId="77777777" w:rsidR="002325B1" w:rsidRPr="00E55BB7" w:rsidRDefault="009B7540" w:rsidP="00E55BB7">
                  <w:pPr>
                    <w:rPr>
                      <w:sz w:val="21"/>
                      <w:szCs w:val="28"/>
                    </w:rPr>
                  </w:pPr>
                  <w:r>
                    <w:rPr>
                      <w:sz w:val="21"/>
                      <w:szCs w:val="28"/>
                    </w:rPr>
                    <w:t xml:space="preserve">☐ Proceso laboral</w:t>
                  </w:r>
                </w:p>
              </w:tc>
              <w:tc>
                <w:tcPr>
                  <w:tcW w:w="2550" w:type="dxa"/>
                  <w:tcBorders>
                    <w:top w:val="nil"/>
                    <w:left w:val="nil"/>
                    <w:bottom w:val="nil"/>
                    <w:right w:val="nil"/>
                  </w:tcBorders>
                  <w:tcMar>
                    <w:top w:w="20" w:type="dxa"/>
                    <w:left w:w="20" w:type="dxa"/>
                    <w:bottom w:w="20" w:type="dxa"/>
                    <w:right w:w="20" w:type="dxa"/>
                  </w:tcMar>
                </w:tcPr>
                <w:p w14:paraId="15C25C8D" w14:textId="77777777" w:rsidR="002325B1" w:rsidRPr="00E55BB7" w:rsidRDefault="009B7540" w:rsidP="00E55BB7">
                  <w:pPr>
                    <w:rPr>
                      <w:sz w:val="21"/>
                      <w:szCs w:val="28"/>
                    </w:rPr>
                  </w:pPr>
                  <w:r>
                    <w:rPr>
                      <w:sz w:val="21"/>
                      <w:szCs w:val="28"/>
                    </w:rPr>
                    <w:t xml:space="preserve">☐ Otro: __________________</w:t>
                  </w:r>
                </w:p>
              </w:tc>
            </w:tr>
          </w:tbl>
          <w:p w14:paraId="35A62B39" w14:textId="77777777" w:rsidR="002325B1" w:rsidRPr="00E55BB7" w:rsidRDefault="002325B1" w:rsidP="00E55BB7">
            <w:pPr>
              <w:spacing w:after="40"/>
              <w:rPr>
                <w:sz w:val="21"/>
                <w:szCs w:val="28"/>
              </w:rPr>
            </w:pPr>
          </w:p>
        </w:tc>
      </w:tr>
      <w:tr w:rsidR="002325B1" w:rsidRPr="00242AF1" w14:paraId="65F7CB49" w14:textId="77777777" w:rsidTr="004E2740">
        <w:trPr>
          <w:cantSplit/>
          <w:jc w:val="center"/>
        </w:trPr>
        <w:tc>
          <w:tcPr>
            <w:tcW w:w="2835"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7FF60F0A" w14:textId="0E739A66" w:rsidR="002325B1" w:rsidRPr="004E2740" w:rsidRDefault="009B7540" w:rsidP="008A3858">
            <w:pPr>
              <w:spacing w:after="40"/>
              <w:jc w:val="center"/>
              <w:rPr>
                <w:color w:val="000000" w:themeColor="text1"/>
                <w:sz w:val="18"/>
                <w:szCs w:val="18"/>
                <w:lang w:val="es-EC"/>
              </w:rPr>
            </w:pPr>
            <w:r>
              <w:rPr>
                <w:b/>
                <w:color w:val="000000" w:themeColor="text1"/>
                <w:sz w:val="18"/>
                <w:szCs w:val="18"/>
                <w:lang w:val="es-EC"/>
              </w:rPr>
              <w:t>Fecha aproximada del hecho o interacción.</w:t>
            </w:r>
          </w:p>
        </w:tc>
        <w:tc>
          <w:tcPr>
            <w:tcW w:w="736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1DABE187" w14:textId="77777777" w:rsidR="002325B1" w:rsidRPr="004E2740" w:rsidRDefault="009B7540" w:rsidP="00E55BB7">
            <w:pPr>
              <w:spacing w:after="40"/>
              <w:rPr>
                <w:sz w:val="21"/>
                <w:szCs w:val="28"/>
                <w:lang w:val="es-EC"/>
              </w:rPr>
            </w:pPr>
            <w:r>
              <w:rPr>
                <w:sz w:val="21"/>
                <w:szCs w:val="28"/>
                <w:lang w:val="es-EC"/>
              </w:rPr>
              <w:br/>
            </w:r>
          </w:p>
        </w:tc>
      </w:tr>
      <w:tr w:rsidR="002325B1" w:rsidRPr="00242AF1" w14:paraId="6307533E" w14:textId="77777777" w:rsidTr="004E2740">
        <w:trPr>
          <w:cantSplit/>
          <w:jc w:val="center"/>
        </w:trPr>
        <w:tc>
          <w:tcPr>
            <w:tcW w:w="2835"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6E3EA827" w14:textId="0C75636A" w:rsidR="002325B1" w:rsidRPr="004E2740" w:rsidRDefault="009B7540" w:rsidP="008A3858">
            <w:pPr>
              <w:spacing w:after="40"/>
              <w:jc w:val="center"/>
              <w:rPr>
                <w:color w:val="000000" w:themeColor="text1"/>
                <w:sz w:val="18"/>
                <w:szCs w:val="18"/>
                <w:lang w:val="es-EC"/>
              </w:rPr>
            </w:pPr>
            <w:r>
              <w:rPr>
                <w:b/>
                <w:color w:val="000000" w:themeColor="text1"/>
                <w:sz w:val="18"/>
                <w:szCs w:val="18"/>
                <w:lang w:val="es-EC"/>
              </w:rPr>
              <w:t>Local, ciudad, cámara o punto de atención, si lo conoce.</w:t>
            </w:r>
          </w:p>
        </w:tc>
        <w:tc>
          <w:tcPr>
            <w:tcW w:w="736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74C5CAF0" w14:textId="77777777" w:rsidR="002325B1" w:rsidRPr="004E2740" w:rsidRDefault="009B7540" w:rsidP="00E55BB7">
            <w:pPr>
              <w:spacing w:after="40"/>
              <w:rPr>
                <w:sz w:val="21"/>
                <w:szCs w:val="28"/>
                <w:lang w:val="es-EC"/>
              </w:rPr>
            </w:pPr>
            <w:r>
              <w:rPr>
                <w:sz w:val="21"/>
                <w:szCs w:val="28"/>
                <w:lang w:val="es-EC"/>
              </w:rPr>
              <w:br/>
            </w:r>
          </w:p>
        </w:tc>
      </w:tr>
      <w:tr w:rsidR="002325B1" w:rsidRPr="00242AF1" w14:paraId="4068D3D1" w14:textId="77777777" w:rsidTr="004E2740">
        <w:trPr>
          <w:cantSplit/>
          <w:jc w:val="center"/>
        </w:trPr>
        <w:tc>
          <w:tcPr>
            <w:tcW w:w="2835"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2B116DAE" w14:textId="164FBF95" w:rsidR="002325B1" w:rsidRPr="004E2740" w:rsidRDefault="009B7540" w:rsidP="008A3858">
            <w:pPr>
              <w:spacing w:after="40"/>
              <w:jc w:val="center"/>
              <w:rPr>
                <w:color w:val="000000" w:themeColor="text1"/>
                <w:sz w:val="18"/>
                <w:szCs w:val="18"/>
                <w:lang w:val="es-EC"/>
              </w:rPr>
            </w:pPr>
            <w:r>
              <w:rPr>
                <w:b/>
                <w:color w:val="000000" w:themeColor="text1"/>
                <w:sz w:val="18"/>
                <w:szCs w:val="18"/>
                <w:lang w:val="es-EC"/>
              </w:rPr>
              <w:t>Número de pedido, factura, comprobante, reclamo o transacción, si aplica.</w:t>
            </w:r>
          </w:p>
        </w:tc>
        <w:tc>
          <w:tcPr>
            <w:tcW w:w="736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56A9853A" w14:textId="77777777" w:rsidR="002325B1" w:rsidRPr="004E2740" w:rsidRDefault="009B7540" w:rsidP="00E55BB7">
            <w:pPr>
              <w:spacing w:after="40"/>
              <w:rPr>
                <w:sz w:val="21"/>
                <w:szCs w:val="28"/>
                <w:lang w:val="es-EC"/>
              </w:rPr>
            </w:pPr>
            <w:r>
              <w:rPr>
                <w:sz w:val="21"/>
                <w:szCs w:val="28"/>
                <w:lang w:val="es-EC"/>
              </w:rPr>
              <w:br/>
            </w:r>
          </w:p>
        </w:tc>
      </w:tr>
      <w:tr w:rsidR="002325B1" w:rsidRPr="00242AF1" w14:paraId="4CE0B940" w14:textId="77777777" w:rsidTr="004E2740">
        <w:trPr>
          <w:cantSplit/>
          <w:jc w:val="center"/>
        </w:trPr>
        <w:tc>
          <w:tcPr>
            <w:tcW w:w="2835"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1092D949" w14:textId="6C446125" w:rsidR="002325B1" w:rsidRPr="004E2740" w:rsidRDefault="009B7540" w:rsidP="008A3858">
            <w:pPr>
              <w:spacing w:after="40"/>
              <w:jc w:val="center"/>
              <w:rPr>
                <w:color w:val="000000" w:themeColor="text1"/>
                <w:sz w:val="18"/>
                <w:szCs w:val="18"/>
                <w:lang w:val="es-EC"/>
              </w:rPr>
            </w:pPr>
            <w:r>
              <w:rPr>
                <w:b/>
                <w:color w:val="000000" w:themeColor="text1"/>
                <w:sz w:val="18"/>
                <w:szCs w:val="18"/>
                <w:lang w:val="es-EC"/>
              </w:rPr>
              <w:t>Teléfono, correo, usuario o dato con el que se registró la interacción.</w:t>
            </w:r>
          </w:p>
        </w:tc>
        <w:tc>
          <w:tcPr>
            <w:tcW w:w="736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6CA68F9F" w14:textId="77777777" w:rsidR="002325B1" w:rsidRPr="004E2740" w:rsidRDefault="009B7540" w:rsidP="00E55BB7">
            <w:pPr>
              <w:spacing w:after="40"/>
              <w:rPr>
                <w:sz w:val="21"/>
                <w:szCs w:val="28"/>
                <w:lang w:val="es-EC"/>
              </w:rPr>
            </w:pPr>
            <w:r>
              <w:rPr>
                <w:sz w:val="21"/>
                <w:szCs w:val="28"/>
                <w:lang w:val="es-EC"/>
              </w:rPr>
              <w:br/>
            </w:r>
          </w:p>
        </w:tc>
      </w:tr>
      <w:tr w:rsidR="002325B1" w:rsidRPr="00242AF1" w14:paraId="2809C152" w14:textId="77777777" w:rsidTr="004E2740">
        <w:trPr>
          <w:cantSplit/>
          <w:jc w:val="center"/>
        </w:trPr>
        <w:tc>
          <w:tcPr>
            <w:tcW w:w="2835"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642FBB11" w14:textId="0D6B6668" w:rsidR="002325B1" w:rsidRPr="004E2740" w:rsidRDefault="009B7540" w:rsidP="008A3858">
            <w:pPr>
              <w:spacing w:after="40"/>
              <w:jc w:val="center"/>
              <w:rPr>
                <w:color w:val="000000" w:themeColor="text1"/>
                <w:sz w:val="18"/>
                <w:szCs w:val="18"/>
                <w:lang w:val="es-EC"/>
              </w:rPr>
            </w:pPr>
            <w:r>
              <w:rPr>
                <w:b/>
                <w:color w:val="000000" w:themeColor="text1"/>
                <w:sz w:val="18"/>
                <w:szCs w:val="18"/>
                <w:lang w:val="es-EC"/>
              </w:rPr>
              <w:t>Persona de contacto o área relacionada, si la conoce.</w:t>
            </w:r>
          </w:p>
        </w:tc>
        <w:tc>
          <w:tcPr>
            <w:tcW w:w="736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16286DD2" w14:textId="77777777" w:rsidR="002325B1" w:rsidRPr="004E2740" w:rsidRDefault="009B7540" w:rsidP="00E55BB7">
            <w:pPr>
              <w:spacing w:after="40"/>
              <w:rPr>
                <w:sz w:val="21"/>
                <w:szCs w:val="28"/>
                <w:lang w:val="es-EC"/>
              </w:rPr>
            </w:pPr>
            <w:r>
              <w:rPr>
                <w:sz w:val="21"/>
                <w:szCs w:val="28"/>
                <w:lang w:val="es-EC"/>
              </w:rPr>
              <w:br/>
            </w:r>
          </w:p>
        </w:tc>
      </w:tr>
      <w:tr w:rsidR="002325B1" w:rsidRPr="00242AF1" w14:paraId="05ECCA1B" w14:textId="77777777" w:rsidTr="004E2740">
        <w:trPr>
          <w:cantSplit/>
          <w:jc w:val="center"/>
        </w:trPr>
        <w:tc>
          <w:tcPr>
            <w:tcW w:w="2835"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194A2AD4" w14:textId="68E0A6C9" w:rsidR="002325B1" w:rsidRPr="004E2740" w:rsidRDefault="009B7540" w:rsidP="008A3858">
            <w:pPr>
              <w:spacing w:after="40"/>
              <w:jc w:val="center"/>
              <w:rPr>
                <w:color w:val="000000" w:themeColor="text1"/>
                <w:sz w:val="18"/>
                <w:szCs w:val="18"/>
                <w:lang w:val="es-EC"/>
              </w:rPr>
            </w:pPr>
            <w:r>
              <w:rPr>
                <w:b/>
                <w:color w:val="000000" w:themeColor="text1"/>
                <w:sz w:val="18"/>
                <w:szCs w:val="18"/>
                <w:lang w:val="es-EC"/>
              </w:rPr>
              <w:t>Documentos o referencias que adjunta para facilitar la búsqueda.</w:t>
            </w:r>
          </w:p>
        </w:tc>
        <w:tc>
          <w:tcPr>
            <w:tcW w:w="736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4D59B7CB" w14:textId="77777777" w:rsidR="002325B1" w:rsidRPr="004E2740" w:rsidRDefault="009B7540" w:rsidP="00E55BB7">
            <w:pPr>
              <w:spacing w:after="40"/>
              <w:rPr>
                <w:sz w:val="21"/>
                <w:szCs w:val="28"/>
                <w:lang w:val="es-EC"/>
              </w:rPr>
            </w:pPr>
            <w:r>
              <w:rPr>
                <w:sz w:val="21"/>
                <w:szCs w:val="28"/>
                <w:lang w:val="es-EC"/>
              </w:rPr>
              <w:br/>
            </w:r>
          </w:p>
        </w:tc>
      </w:tr>
    </w:tbl>
    <w:p w14:paraId="68121BBD" w14:textId="3659C2B6" w:rsidR="002325B1" w:rsidRPr="00AB6B81" w:rsidRDefault="009B7540">
      <w:pPr>
        <w:pStyle w:val="Ttulo1"/>
        <w:pBdr>
          <w:bottom w:val="single" w:sz="8" w:space="1" w:color="00953E"/>
        </w:pBdr>
        <w:spacing w:before="240" w:after="120"/>
        <w:rPr>
          <w:sz w:val="36"/>
          <w:szCs w:val="32"/>
        </w:rPr>
      </w:pPr>
      <w:r>
        <w:rPr>
          <w:rFonts w:ascii="Liberation Sans" w:eastAsia="Liberation Sans" w:hAnsi="Liberation Sans"/>
          <w:sz w:val="34"/>
          <w:szCs w:val="32"/>
        </w:rPr>
        <w:t xml:space="preserve">G. Documentos adjuntos.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2"/>
        <w:gridCol w:w="5868"/>
        <w:gridCol w:w="40"/>
      </w:tblGrid>
      <w:tr w:rsidR="002325B1" w:rsidRPr="00242AF1" w14:paraId="6FA4BB05" w14:textId="77777777" w:rsidTr="00E55BB7">
        <w:trPr>
          <w:cantSplit/>
          <w:jc w:val="center"/>
        </w:trPr>
        <w:tc>
          <w:tcPr>
            <w:tcW w:w="4300" w:type="dxa"/>
            <w:shd w:val="clear" w:color="auto" w:fill="DBE5F1" w:themeFill="accent1" w:themeFillTint="33"/>
            <w:tcMar>
              <w:top w:w="80" w:type="dxa"/>
              <w:left w:w="80" w:type="dxa"/>
              <w:bottom w:w="80" w:type="dxa"/>
              <w:right w:w="80" w:type="dxa"/>
            </w:tcMar>
            <w:vAlign w:val="center"/>
          </w:tcPr>
          <w:p w14:paraId="19BF08C4" w14:textId="7894C858" w:rsidR="002325B1" w:rsidRPr="00E55BB7" w:rsidRDefault="009B7540" w:rsidP="00E55BB7">
            <w:pPr>
              <w:spacing w:after="40"/>
              <w:rPr>
                <w:color w:val="000000" w:themeColor="text1"/>
                <w:sz w:val="22"/>
                <w:szCs w:val="24"/>
              </w:rPr>
            </w:pPr>
            <w:r>
              <w:rPr>
                <w:b/>
                <w:color w:val="000000" w:themeColor="text1"/>
                <w:szCs w:val="24"/>
              </w:rPr>
              <w:t xml:space="preserve">Documento de identidad.</w:t>
            </w:r>
          </w:p>
        </w:tc>
        <w:tc>
          <w:tcPr>
            <w:tcW w:w="5400" w:type="dxa"/>
            <w:gridSpan w:val="2"/>
            <w:tcMar>
              <w:top w:w="80" w:type="dxa"/>
              <w:left w:w="80" w:type="dxa"/>
              <w:bottom w:w="80" w:type="dxa"/>
              <w:right w:w="80" w:type="dxa"/>
            </w:tcMar>
            <w:vAlign w:val="center"/>
          </w:tcPr>
          <w:p w14:paraId="50BFF848" w14:textId="77777777" w:rsidR="002325B1" w:rsidRPr="004E2740" w:rsidRDefault="009B7540" w:rsidP="00E55BB7">
            <w:pPr>
              <w:spacing w:after="40"/>
              <w:rPr>
                <w:sz w:val="22"/>
                <w:szCs w:val="24"/>
                <w:lang w:val="es-EC"/>
              </w:rPr>
            </w:pPr>
            <w:r>
              <w:rPr>
                <w:szCs w:val="24"/>
                <w:lang w:val="es-EC"/>
              </w:rPr>
              <w:t>☐ Sí   ☐ No   ☐ Se verificará por otro medio razonable</w:t>
            </w:r>
          </w:p>
        </w:tc>
      </w:tr>
      <w:tr w:rsidR="002325B1" w:rsidRPr="00AB6B81" w14:paraId="7393ECD0" w14:textId="77777777" w:rsidTr="00E55BB7">
        <w:trPr>
          <w:cantSplit/>
          <w:jc w:val="center"/>
        </w:trPr>
        <w:tc>
          <w:tcPr>
            <w:tcW w:w="4300" w:type="dxa"/>
            <w:shd w:val="clear" w:color="auto" w:fill="DBE5F1" w:themeFill="accent1" w:themeFillTint="33"/>
            <w:tcMar>
              <w:top w:w="80" w:type="dxa"/>
              <w:left w:w="80" w:type="dxa"/>
              <w:bottom w:w="80" w:type="dxa"/>
              <w:right w:w="80" w:type="dxa"/>
            </w:tcMar>
            <w:vAlign w:val="center"/>
          </w:tcPr>
          <w:p w14:paraId="1DA798FE" w14:textId="7ED6C9DB" w:rsidR="002325B1" w:rsidRPr="00E55BB7" w:rsidRDefault="009B7540" w:rsidP="00E55BB7">
            <w:pPr>
              <w:spacing w:after="40"/>
              <w:rPr>
                <w:color w:val="000000" w:themeColor="text1"/>
                <w:sz w:val="22"/>
                <w:szCs w:val="24"/>
              </w:rPr>
            </w:pPr>
            <w:r>
              <w:rPr>
                <w:b/>
                <w:color w:val="000000" w:themeColor="text1"/>
                <w:szCs w:val="24"/>
              </w:rPr>
              <w:t xml:space="preserve">Documento de representación.</w:t>
            </w:r>
          </w:p>
        </w:tc>
        <w:tc>
          <w:tcPr>
            <w:tcW w:w="5400" w:type="dxa"/>
            <w:gridSpan w:val="2"/>
            <w:tcMar>
              <w:top w:w="80" w:type="dxa"/>
              <w:left w:w="80" w:type="dxa"/>
              <w:bottom w:w="80" w:type="dxa"/>
              <w:right w:w="80" w:type="dxa"/>
            </w:tcMar>
            <w:vAlign w:val="center"/>
          </w:tcPr>
          <w:p w14:paraId="41A50A96" w14:textId="77777777" w:rsidR="002325B1" w:rsidRPr="00AB6B81" w:rsidRDefault="009B7540" w:rsidP="00E55BB7">
            <w:pPr>
              <w:spacing w:after="40"/>
              <w:rPr>
                <w:sz w:val="22"/>
                <w:szCs w:val="24"/>
              </w:rPr>
            </w:pPr>
            <w:r>
              <w:rPr>
                <w:szCs w:val="24"/>
              </w:rPr>
              <w:t xml:space="preserve">☐ Sí   ☐ No   ☐ No aplica</w:t>
            </w:r>
          </w:p>
        </w:tc>
      </w:tr>
      <w:tr w:rsidR="002325B1" w:rsidRPr="00AB6B81" w14:paraId="11B98962" w14:textId="77777777" w:rsidTr="00E55BB7">
        <w:trPr>
          <w:cantSplit/>
          <w:jc w:val="center"/>
        </w:trPr>
        <w:tc>
          <w:tcPr>
            <w:tcW w:w="4300" w:type="dxa"/>
            <w:shd w:val="clear" w:color="auto" w:fill="DBE5F1" w:themeFill="accent1" w:themeFillTint="33"/>
            <w:tcMar>
              <w:top w:w="80" w:type="dxa"/>
              <w:left w:w="80" w:type="dxa"/>
              <w:bottom w:w="80" w:type="dxa"/>
              <w:right w:w="80" w:type="dxa"/>
            </w:tcMar>
            <w:vAlign w:val="center"/>
          </w:tcPr>
          <w:p w14:paraId="0CF0DCFB" w14:textId="110ADA5C" w:rsidR="002325B1" w:rsidRPr="004E2740" w:rsidRDefault="009B7540" w:rsidP="00E55BB7">
            <w:pPr>
              <w:spacing w:after="40"/>
              <w:rPr>
                <w:color w:val="000000" w:themeColor="text1"/>
                <w:sz w:val="22"/>
                <w:szCs w:val="24"/>
                <w:lang w:val="es-EC"/>
              </w:rPr>
            </w:pPr>
            <w:r>
              <w:rPr>
                <w:b/>
                <w:color w:val="000000" w:themeColor="text1"/>
                <w:szCs w:val="24"/>
                <w:lang w:val="es-EC"/>
              </w:rPr>
              <w:t>Soportes para rectificación, actualización, oposición, eliminación o portabilidad.</w:t>
            </w:r>
          </w:p>
        </w:tc>
        <w:tc>
          <w:tcPr>
            <w:tcW w:w="5400" w:type="dxa"/>
            <w:gridSpan w:val="2"/>
            <w:tcMar>
              <w:top w:w="80" w:type="dxa"/>
              <w:left w:w="80" w:type="dxa"/>
              <w:bottom w:w="80" w:type="dxa"/>
              <w:right w:w="80" w:type="dxa"/>
            </w:tcMar>
            <w:vAlign w:val="center"/>
          </w:tcPr>
          <w:p w14:paraId="0F5A2E93" w14:textId="77777777" w:rsidR="002325B1" w:rsidRPr="00AB6B81" w:rsidRDefault="009B7540" w:rsidP="00E55BB7">
            <w:pPr>
              <w:spacing w:after="40"/>
              <w:rPr>
                <w:sz w:val="22"/>
                <w:szCs w:val="24"/>
              </w:rPr>
            </w:pPr>
            <w:r>
              <w:rPr>
                <w:szCs w:val="24"/>
              </w:rPr>
              <w:t xml:space="preserve">☐ Sí   ☐ No   ☐ No aplica</w:t>
            </w:r>
          </w:p>
        </w:tc>
      </w:tr>
      <w:tr w:rsidR="002325B1" w:rsidRPr="00AB6B81" w14:paraId="5AE9AA4C" w14:textId="77777777" w:rsidTr="00E55BB7">
        <w:trPr>
          <w:cantSplit/>
          <w:jc w:val="center"/>
        </w:trPr>
        <w:tc>
          <w:tcPr>
            <w:tcW w:w="4300" w:type="dxa"/>
            <w:shd w:val="clear" w:color="auto" w:fill="DBE5F1" w:themeFill="accent1" w:themeFillTint="33"/>
            <w:tcMar>
              <w:top w:w="80" w:type="dxa"/>
              <w:left w:w="80" w:type="dxa"/>
              <w:bottom w:w="80" w:type="dxa"/>
              <w:right w:w="80" w:type="dxa"/>
            </w:tcMar>
            <w:vAlign w:val="center"/>
          </w:tcPr>
          <w:p w14:paraId="15D82F20" w14:textId="6867C260" w:rsidR="002325B1" w:rsidRPr="00E55BB7" w:rsidRDefault="009B7540" w:rsidP="00E55BB7">
            <w:pPr>
              <w:spacing w:after="40"/>
              <w:rPr>
                <w:color w:val="000000" w:themeColor="text1"/>
                <w:sz w:val="22"/>
                <w:szCs w:val="24"/>
              </w:rPr>
            </w:pPr>
            <w:r>
              <w:rPr>
                <w:b/>
                <w:color w:val="000000" w:themeColor="text1"/>
                <w:szCs w:val="24"/>
              </w:rPr>
              <w:t xml:space="preserve">Detalle de soportes adicionales.</w:t>
            </w:r>
          </w:p>
        </w:tc>
        <w:tc>
          <w:tcPr>
            <w:tcW w:w="5400" w:type="dxa"/>
            <w:gridSpan w:val="2"/>
            <w:tcMar>
              <w:top w:w="80" w:type="dxa"/>
              <w:left w:w="80" w:type="dxa"/>
              <w:bottom w:w="80" w:type="dxa"/>
              <w:right w:w="80" w:type="dxa"/>
            </w:tcMar>
            <w:vAlign w:val="center"/>
          </w:tcPr>
          <w:p w14:paraId="21948CC8" w14:textId="77777777" w:rsidR="002325B1" w:rsidRPr="00AB6B81" w:rsidRDefault="009B7540" w:rsidP="00E55BB7">
            <w:pPr>
              <w:spacing w:after="40"/>
              <w:rPr>
                <w:sz w:val="22"/>
                <w:szCs w:val="24"/>
              </w:rPr>
            </w:pPr>
            <w:r>
              <w:rPr>
                <w:szCs w:val="24"/>
              </w:rPr>
              <w:br/>
              <w:br/>
            </w:r>
          </w:p>
        </w:tc>
      </w:tr>
      <w:tr w:rsidR="002325B1" w:rsidRPr="00242AF1" w14:paraId="3B0C50BA" w14:textId="77777777" w:rsidTr="00E55BB7">
        <w:trPr>
          <w:gridAfter w:val="1"/>
          <w:wAfter w:w="40" w:type="dxa"/>
          <w:cantSplit/>
          <w:jc w:val="center"/>
        </w:trPr>
        <w:tc>
          <w:tcPr>
            <w:tcW w:w="10200" w:type="dxa"/>
            <w:gridSpan w:val="2"/>
            <w:shd w:val="clear" w:color="auto" w:fill="E8F5ED"/>
            <w:tcMar>
              <w:top w:w="120" w:type="dxa"/>
              <w:left w:w="120" w:type="dxa"/>
              <w:bottom w:w="120" w:type="dxa"/>
              <w:right w:w="120" w:type="dxa"/>
            </w:tcMar>
            <w:vAlign w:val="center"/>
          </w:tcPr>
          <w:p w14:paraId="5137170D" w14:textId="77777777" w:rsidR="002325B1" w:rsidRPr="004E2740" w:rsidRDefault="009B7540" w:rsidP="00E55BB7">
            <w:pPr>
              <w:spacing w:after="40"/>
              <w:rPr>
                <w:sz w:val="22"/>
                <w:szCs w:val="24"/>
                <w:lang w:val="es-EC"/>
              </w:rPr>
            </w:pPr>
            <w:r>
              <w:rPr>
                <w:b/>
                <w:color w:val="006C2E"/>
                <w:sz w:val="22"/>
                <w:szCs w:val="24"/>
                <w:lang w:val="es-EC"/>
              </w:rPr>
              <w:lastRenderedPageBreak/>
              <w:t>Minimización de documentos</w:t>
            </w:r>
          </w:p>
          <w:p w14:paraId="497C27B6" w14:textId="65E8043F" w:rsidR="002325B1" w:rsidRPr="004E2740" w:rsidRDefault="009B7540" w:rsidP="00E55BB7">
            <w:pPr>
              <w:spacing w:after="40"/>
              <w:rPr>
                <w:sz w:val="22"/>
                <w:szCs w:val="24"/>
                <w:lang w:val="es-EC"/>
              </w:rPr>
            </w:pPr>
            <w:r>
              <w:rPr>
                <w:szCs w:val="24"/>
                <w:lang w:val="es-EC"/>
              </w:rPr>
              <w:t xml:space="preserve">Adjunte únicamente documentos necesarios. </w:t>
            </w:r>
            <w:r>
              <w:rPr>
                <w:b/>
                <w:bCs/>
                <w:sz w:val="18"/>
                <w:lang w:val="es-EC"/>
              </w:rPr>
              <w:t xml:space="preserve">FRANCEB O LCR</w:t>
            </w:r>
            <w:r>
              <w:rPr>
                <w:sz w:val="16"/>
                <w:szCs w:val="16"/>
                <w:lang w:val="es-EC"/>
              </w:rPr>
              <w:t xml:space="preserve"> </w:t>
            </w:r>
            <w:r>
              <w:rPr>
                <w:szCs w:val="24"/>
                <w:lang w:val="es-EC"/>
              </w:rPr>
              <w:t>podrá tachar, bloquear o no conservar información excesiva que no sea necesaria para verificar la solicitud o atender el derecho ejercido.</w:t>
            </w:r>
          </w:p>
        </w:tc>
      </w:tr>
    </w:tbl>
    <w:p w14:paraId="6281C0B7" w14:textId="2C8F8D38" w:rsidR="002325B1" w:rsidRPr="004E2740" w:rsidRDefault="009B7540">
      <w:pPr>
        <w:pStyle w:val="Ttulo1"/>
        <w:pBdr>
          <w:bottom w:val="single" w:sz="8" w:space="1" w:color="00953E"/>
        </w:pBdr>
        <w:spacing w:before="240" w:after="120"/>
        <w:rPr>
          <w:sz w:val="36"/>
          <w:szCs w:val="32"/>
          <w:lang w:val="es-EC"/>
        </w:rPr>
      </w:pPr>
      <w:r>
        <w:rPr>
          <w:rFonts w:ascii="Liberation Sans" w:eastAsia="Liberation Sans" w:hAnsi="Liberation Sans"/>
          <w:sz w:val="34"/>
          <w:szCs w:val="32"/>
          <w:lang w:val="es-EC"/>
        </w:rPr>
        <w:t>H. Canal preferido para respuesta.</w:t>
      </w:r>
    </w:p>
    <w:tbl>
      <w:tblPr>
        <w:tblW w:w="0" w:type="auto"/>
        <w:jc w:val="center"/>
        <w:tblLook w:val="04A0" w:firstRow="1" w:lastRow="0" w:firstColumn="1" w:lastColumn="0" w:noHBand="0" w:noVBand="1"/>
      </w:tblPr>
      <w:tblGrid>
        <w:gridCol w:w="5091"/>
        <w:gridCol w:w="5093"/>
      </w:tblGrid>
      <w:tr w:rsidR="002325B1" w:rsidRPr="00242AF1" w14:paraId="1706DB22" w14:textId="77777777" w:rsidTr="00E55BB7">
        <w:trPr>
          <w:cantSplit/>
          <w:jc w:val="center"/>
        </w:trPr>
        <w:tc>
          <w:tcPr>
            <w:tcW w:w="5100"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26CB21D2" w14:textId="6F98DD99" w:rsidR="002325B1" w:rsidRPr="00E55BB7" w:rsidRDefault="009B7540" w:rsidP="00E55BB7">
            <w:pPr>
              <w:spacing w:after="40"/>
              <w:rPr>
                <w:color w:val="000000" w:themeColor="text1"/>
                <w:sz w:val="22"/>
                <w:szCs w:val="24"/>
              </w:rPr>
            </w:pPr>
            <w:r>
              <w:rPr>
                <w:b/>
                <w:color w:val="000000" w:themeColor="text1"/>
                <w:szCs w:val="24"/>
              </w:rPr>
              <w:t xml:space="preserve">Canal preferido.</w:t>
            </w:r>
          </w:p>
        </w:tc>
        <w:tc>
          <w:tcPr>
            <w:tcW w:w="5100"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59DD39FF" w14:textId="77777777" w:rsidR="002325B1" w:rsidRPr="004E2740" w:rsidRDefault="009B7540" w:rsidP="00E55BB7">
            <w:pPr>
              <w:spacing w:after="40"/>
              <w:rPr>
                <w:sz w:val="22"/>
                <w:szCs w:val="24"/>
                <w:lang w:val="es-EC"/>
              </w:rPr>
            </w:pPr>
            <w:r>
              <w:rPr>
                <w:szCs w:val="24"/>
                <w:lang w:val="es-EC"/>
              </w:rPr>
              <w:t>☐ Correo electrónico   ☐ Entrega física   ☐ Otro: __________________</w:t>
            </w:r>
          </w:p>
        </w:tc>
      </w:tr>
      <w:tr w:rsidR="002325B1" w:rsidRPr="00242AF1" w14:paraId="484AF1BB" w14:textId="77777777" w:rsidTr="00E55BB7">
        <w:trPr>
          <w:cantSplit/>
          <w:jc w:val="center"/>
        </w:trPr>
        <w:tc>
          <w:tcPr>
            <w:tcW w:w="5100"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7D11659D" w14:textId="567A3908" w:rsidR="002325B1" w:rsidRPr="004E2740" w:rsidRDefault="009B7540" w:rsidP="00E55BB7">
            <w:pPr>
              <w:spacing w:after="40"/>
              <w:rPr>
                <w:color w:val="000000" w:themeColor="text1"/>
                <w:sz w:val="22"/>
                <w:szCs w:val="24"/>
                <w:lang w:val="es-EC"/>
              </w:rPr>
            </w:pPr>
            <w:r>
              <w:rPr>
                <w:b/>
                <w:color w:val="000000" w:themeColor="text1"/>
                <w:szCs w:val="24"/>
                <w:lang w:val="es-EC"/>
              </w:rPr>
              <w:t>Dirección o correo para la respuesta.</w:t>
            </w:r>
          </w:p>
        </w:tc>
        <w:tc>
          <w:tcPr>
            <w:tcW w:w="5100"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1F743611" w14:textId="77777777" w:rsidR="002325B1" w:rsidRPr="004E2740" w:rsidRDefault="009B7540" w:rsidP="00E55BB7">
            <w:pPr>
              <w:spacing w:after="40"/>
              <w:rPr>
                <w:sz w:val="22"/>
                <w:szCs w:val="24"/>
                <w:lang w:val="es-EC"/>
              </w:rPr>
            </w:pPr>
            <w:r>
              <w:rPr>
                <w:szCs w:val="24"/>
                <w:lang w:val="es-EC"/>
              </w:rPr>
              <w:br/>
            </w:r>
          </w:p>
        </w:tc>
      </w:tr>
      <w:tr w:rsidR="002325B1" w:rsidRPr="00242AF1" w14:paraId="3556FE47" w14:textId="77777777" w:rsidTr="00E55BB7">
        <w:trPr>
          <w:cantSplit/>
          <w:jc w:val="center"/>
        </w:trPr>
        <w:tc>
          <w:tcPr>
            <w:tcW w:w="5100"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7E287EAD" w14:textId="651E509F" w:rsidR="002325B1" w:rsidRPr="004E2740" w:rsidRDefault="009B7540" w:rsidP="00E55BB7">
            <w:pPr>
              <w:spacing w:after="40"/>
              <w:rPr>
                <w:color w:val="000000" w:themeColor="text1"/>
                <w:sz w:val="22"/>
                <w:szCs w:val="24"/>
                <w:lang w:val="es-EC"/>
              </w:rPr>
            </w:pPr>
            <w:r>
              <w:rPr>
                <w:b/>
                <w:color w:val="000000" w:themeColor="text1"/>
                <w:szCs w:val="24"/>
                <w:lang w:val="es-EC"/>
              </w:rPr>
              <w:t xml:space="preserve">Autorizo que </w:t>
            </w:r>
            <w:r>
              <w:rPr>
                <w:b/>
                <w:bCs/>
                <w:sz w:val="18"/>
                <w:lang w:val="es-EC"/>
              </w:rPr>
              <w:t xml:space="preserve">FRANCEB O LCR</w:t>
            </w:r>
            <w:r>
              <w:rPr>
                <w:sz w:val="16"/>
                <w:szCs w:val="16"/>
                <w:lang w:val="es-EC"/>
              </w:rPr>
              <w:t xml:space="preserve"> </w:t>
            </w:r>
            <w:r>
              <w:rPr>
                <w:b/>
                <w:color w:val="000000" w:themeColor="text1"/>
                <w:szCs w:val="24"/>
                <w:lang w:val="es-EC"/>
              </w:rPr>
              <w:t xml:space="preserve">me contacten para aclarar la slicitud por.</w:t>
            </w:r>
          </w:p>
        </w:tc>
        <w:tc>
          <w:tcPr>
            <w:tcW w:w="5100"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7290BAB1" w14:textId="77777777" w:rsidR="002325B1" w:rsidRPr="004E2740" w:rsidRDefault="009B7540" w:rsidP="00E55BB7">
            <w:pPr>
              <w:spacing w:after="40"/>
              <w:rPr>
                <w:sz w:val="22"/>
                <w:szCs w:val="24"/>
                <w:lang w:val="es-EC"/>
              </w:rPr>
            </w:pPr>
            <w:r>
              <w:rPr>
                <w:szCs w:val="24"/>
                <w:lang w:val="es-EC"/>
              </w:rPr>
              <w:t>☐ Correo electrónico   ☐ Teléfono   ☐ WhatsApp   ☐ No autorizo contacto adicional, salvo notificación formal</w:t>
            </w:r>
          </w:p>
        </w:tc>
      </w:tr>
    </w:tbl>
    <w:p w14:paraId="6565CBDF" w14:textId="1A2973AA" w:rsidR="002325B1" w:rsidRPr="004E2740" w:rsidRDefault="009B7540">
      <w:pPr>
        <w:pStyle w:val="Ttulo1"/>
        <w:pageBreakBefore/>
        <w:pBdr>
          <w:bottom w:val="single" w:sz="8" w:space="1" w:color="00953E"/>
        </w:pBdr>
        <w:spacing w:before="240" w:after="120"/>
        <w:rPr>
          <w:sz w:val="36"/>
          <w:szCs w:val="32"/>
          <w:lang w:val="es-EC"/>
        </w:rPr>
      </w:pPr>
      <w:r>
        <w:rPr>
          <w:rFonts w:ascii="Liberation Sans" w:eastAsia="Liberation Sans" w:hAnsi="Liberation Sans"/>
          <w:sz w:val="34"/>
          <w:szCs w:val="32"/>
          <w:lang w:val="es-EC"/>
        </w:rPr>
        <w:lastRenderedPageBreak/>
        <w:t>I. Declaración y firma.</w:t>
      </w:r>
    </w:p>
    <w:p w14:paraId="0D4B214D" w14:textId="236E2618" w:rsidR="002325B1" w:rsidRPr="004E2740" w:rsidRDefault="009B7540">
      <w:pPr>
        <w:spacing w:after="80" w:line="259" w:lineRule="auto"/>
        <w:rPr>
          <w:sz w:val="22"/>
          <w:szCs w:val="24"/>
          <w:lang w:val="es-EC"/>
        </w:rPr>
      </w:pPr>
      <w:r>
        <w:rPr>
          <w:szCs w:val="24"/>
          <w:lang w:val="es-EC"/>
        </w:rPr>
        <w:t xml:space="preserve">Declaro que la información proporcionada es verdadera, que actúo como titular o con legitimación suficiente para presentar esta solicitud y que comprendo que </w:t>
      </w:r>
      <w:r>
        <w:rPr>
          <w:b/>
          <w:bCs/>
          <w:sz w:val="18"/>
          <w:lang w:val="es-EC"/>
        </w:rPr>
        <w:t xml:space="preserve">FRANCEB  O LCR </w:t>
      </w:r>
      <w:r>
        <w:rPr>
          <w:szCs w:val="24"/>
          <w:lang w:val="es-EC"/>
        </w:rPr>
        <w:t xml:space="preserve"> podrán requerir aclaración o verificación razonable antes de revelar, modificar, limitar, portar o eliminar datos personales.</w:t>
      </w:r>
    </w:p>
    <w:tbl>
      <w:tblPr>
        <w:tblW w:w="0" w:type="auto"/>
        <w:jc w:val="center"/>
        <w:tblLook w:val="04A0" w:firstRow="1" w:lastRow="0" w:firstColumn="1" w:lastColumn="0" w:noHBand="0" w:noVBand="1"/>
      </w:tblPr>
      <w:tblGrid>
        <w:gridCol w:w="5089"/>
        <w:gridCol w:w="5095"/>
      </w:tblGrid>
      <w:tr w:rsidR="002325B1" w:rsidRPr="00AB6B81" w14:paraId="287BBE8C" w14:textId="77777777" w:rsidTr="00242AF1">
        <w:trPr>
          <w:cantSplit/>
          <w:jc w:val="center"/>
        </w:trPr>
        <w:tc>
          <w:tcPr>
            <w:tcW w:w="5089"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1649410C" w14:textId="45EB7511" w:rsidR="002325B1" w:rsidRPr="00F836EB" w:rsidRDefault="009B7540" w:rsidP="00E55BB7">
            <w:pPr>
              <w:spacing w:after="40"/>
              <w:rPr>
                <w:color w:val="auto"/>
                <w:sz w:val="22"/>
                <w:szCs w:val="24"/>
              </w:rPr>
            </w:pPr>
            <w:r>
              <w:rPr>
                <w:b/>
                <w:color w:val="auto"/>
                <w:szCs w:val="24"/>
              </w:rPr>
              <w:t xml:space="preserve">Firma del solicitante.</w:t>
            </w:r>
          </w:p>
        </w:tc>
        <w:tc>
          <w:tcPr>
            <w:tcW w:w="509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13511412" w14:textId="77777777" w:rsidR="002325B1" w:rsidRPr="00AB6B81" w:rsidRDefault="009B7540" w:rsidP="00E55BB7">
            <w:pPr>
              <w:spacing w:after="40"/>
              <w:rPr>
                <w:sz w:val="22"/>
                <w:szCs w:val="24"/>
              </w:rPr>
            </w:pPr>
            <w:r>
              <w:rPr>
                <w:szCs w:val="24"/>
              </w:rPr>
              <w:br/>
              <w:br/>
              <w:t>______________________________</w:t>
            </w:r>
          </w:p>
        </w:tc>
      </w:tr>
      <w:tr w:rsidR="002325B1" w:rsidRPr="00AB6B81" w14:paraId="1664853D" w14:textId="77777777" w:rsidTr="00242AF1">
        <w:trPr>
          <w:cantSplit/>
          <w:jc w:val="center"/>
        </w:trPr>
        <w:tc>
          <w:tcPr>
            <w:tcW w:w="5089"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2E49C9B1" w14:textId="74F6F7A5" w:rsidR="002325B1" w:rsidRPr="00F836EB" w:rsidRDefault="009B7540" w:rsidP="00E55BB7">
            <w:pPr>
              <w:spacing w:after="40"/>
              <w:rPr>
                <w:color w:val="auto"/>
                <w:sz w:val="22"/>
                <w:szCs w:val="24"/>
              </w:rPr>
            </w:pPr>
            <w:r>
              <w:rPr>
                <w:b/>
                <w:color w:val="auto"/>
                <w:szCs w:val="24"/>
              </w:rPr>
              <w:t>Fecha.</w:t>
            </w:r>
          </w:p>
        </w:tc>
        <w:tc>
          <w:tcPr>
            <w:tcW w:w="509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5FCB540E" w14:textId="77777777" w:rsidR="002325B1" w:rsidRPr="00AB6B81" w:rsidRDefault="009B7540" w:rsidP="00E55BB7">
            <w:pPr>
              <w:spacing w:after="40"/>
              <w:rPr>
                <w:sz w:val="22"/>
                <w:szCs w:val="24"/>
              </w:rPr>
            </w:pPr>
            <w:r>
              <w:rPr>
                <w:szCs w:val="24"/>
              </w:rPr>
              <w:t>____/____/______</w:t>
            </w:r>
          </w:p>
        </w:tc>
      </w:tr>
      <w:tr w:rsidR="002325B1" w:rsidRPr="00AB6B81" w14:paraId="5A538CF5" w14:textId="77777777" w:rsidTr="00242AF1">
        <w:trPr>
          <w:cantSplit/>
          <w:jc w:val="center"/>
        </w:trPr>
        <w:tc>
          <w:tcPr>
            <w:tcW w:w="5089"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29583B12" w14:textId="4187796A" w:rsidR="002325B1" w:rsidRPr="00F836EB" w:rsidRDefault="009B7540" w:rsidP="00E55BB7">
            <w:pPr>
              <w:spacing w:after="40"/>
              <w:rPr>
                <w:color w:val="auto"/>
                <w:sz w:val="22"/>
                <w:szCs w:val="24"/>
              </w:rPr>
            </w:pPr>
            <w:r>
              <w:rPr>
                <w:b/>
                <w:color w:val="auto"/>
                <w:szCs w:val="24"/>
              </w:rPr>
              <w:t xml:space="preserve">Nombre completo.</w:t>
            </w:r>
          </w:p>
        </w:tc>
        <w:tc>
          <w:tcPr>
            <w:tcW w:w="509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38DEE713" w14:textId="77777777" w:rsidR="002325B1" w:rsidRPr="00AB6B81" w:rsidRDefault="009B7540" w:rsidP="00E55BB7">
            <w:pPr>
              <w:spacing w:after="40"/>
              <w:rPr>
                <w:sz w:val="22"/>
                <w:szCs w:val="24"/>
              </w:rPr>
            </w:pPr>
            <w:r>
              <w:rPr>
                <w:szCs w:val="24"/>
              </w:rPr>
              <w:t>______________________________</w:t>
            </w:r>
          </w:p>
        </w:tc>
      </w:tr>
      <w:tr w:rsidR="002325B1" w:rsidRPr="00AB6B81" w14:paraId="75DF92E3" w14:textId="77777777" w:rsidTr="00242AF1">
        <w:trPr>
          <w:cantSplit/>
          <w:jc w:val="center"/>
        </w:trPr>
        <w:tc>
          <w:tcPr>
            <w:tcW w:w="5089" w:type="dxa"/>
            <w:tcBorders>
              <w:top w:val="single" w:sz="6" w:space="0" w:color="B7B7B7"/>
              <w:left w:val="single" w:sz="6" w:space="0" w:color="B7B7B7"/>
              <w:bottom w:val="single" w:sz="6" w:space="0" w:color="B7B7B7"/>
              <w:right w:val="single" w:sz="6" w:space="0" w:color="B7B7B7"/>
            </w:tcBorders>
            <w:shd w:val="clear" w:color="auto" w:fill="DBE5F1" w:themeFill="accent1" w:themeFillTint="33"/>
            <w:tcMar>
              <w:top w:w="80" w:type="dxa"/>
              <w:left w:w="80" w:type="dxa"/>
              <w:bottom w:w="80" w:type="dxa"/>
              <w:right w:w="80" w:type="dxa"/>
            </w:tcMar>
            <w:vAlign w:val="center"/>
          </w:tcPr>
          <w:p w14:paraId="525370AA" w14:textId="0549B6BF" w:rsidR="002325B1" w:rsidRPr="00F836EB" w:rsidRDefault="009B7540" w:rsidP="00E55BB7">
            <w:pPr>
              <w:spacing w:after="40"/>
              <w:rPr>
                <w:color w:val="auto"/>
                <w:sz w:val="22"/>
                <w:szCs w:val="24"/>
              </w:rPr>
            </w:pPr>
            <w:r>
              <w:rPr>
                <w:b/>
                <w:color w:val="auto"/>
                <w:szCs w:val="24"/>
              </w:rPr>
              <w:t>Documento.</w:t>
            </w:r>
          </w:p>
        </w:tc>
        <w:tc>
          <w:tcPr>
            <w:tcW w:w="5095" w:type="dxa"/>
            <w:tcBorders>
              <w:top w:val="single" w:sz="6" w:space="0" w:color="B7B7B7"/>
              <w:left w:val="single" w:sz="6" w:space="0" w:color="B7B7B7"/>
              <w:bottom w:val="single" w:sz="6" w:space="0" w:color="B7B7B7"/>
              <w:right w:val="single" w:sz="6" w:space="0" w:color="B7B7B7"/>
            </w:tcBorders>
            <w:tcMar>
              <w:top w:w="80" w:type="dxa"/>
              <w:left w:w="80" w:type="dxa"/>
              <w:bottom w:w="80" w:type="dxa"/>
              <w:right w:w="80" w:type="dxa"/>
            </w:tcMar>
            <w:vAlign w:val="center"/>
          </w:tcPr>
          <w:p w14:paraId="6616058B" w14:textId="77777777" w:rsidR="002325B1" w:rsidRPr="00AB6B81" w:rsidRDefault="009B7540" w:rsidP="00E55BB7">
            <w:pPr>
              <w:spacing w:after="40"/>
              <w:rPr>
                <w:sz w:val="22"/>
                <w:szCs w:val="24"/>
              </w:rPr>
            </w:pPr>
            <w:r>
              <w:rPr>
                <w:szCs w:val="24"/>
              </w:rPr>
              <w:t>______________________________</w:t>
            </w:r>
          </w:p>
        </w:tc>
      </w:tr>
    </w:tbl>
    <w:p w14:paraId="1D13162A" w14:textId="64C1421F" w:rsidR="002325B1" w:rsidRPr="00242AF1" w:rsidRDefault="00242AF1">
      <w:pPr>
        <w:pStyle w:val="Ttulo1"/>
        <w:pBdr>
          <w:bottom w:val="single" w:sz="8" w:space="1" w:color="00953E"/>
        </w:pBdr>
        <w:spacing w:before="240" w:after="120"/>
        <w:rPr>
          <w:sz w:val="36"/>
          <w:szCs w:val="32"/>
          <w:lang w:val="es-EC"/>
        </w:rPr>
      </w:pPr>
      <w:r>
        <w:rPr>
          <w:lang w:val="es-EC"/>
        </w:rPr>
        <w:lastRenderedPageBreak/>
        <w:t>Aviso de privacidad para la atención de solicitudes de ejercicio de derechos:</w:t>
      </w:r>
    </w:p>
    <w:tbl>
      <w:tblPr>
        <w:tblW w:w="0" w:type="auto"/>
        <w:jc w:val="center"/>
        <w:tblLook w:val="04A0" w:firstRow="1" w:lastRow="0" w:firstColumn="1" w:lastColumn="0" w:noHBand="0" w:noVBand="1"/>
      </w:tblPr>
      <w:tblGrid>
        <w:gridCol w:w="10180"/>
      </w:tblGrid>
      <w:tr w:rsidR="002325B1" w:rsidRPr="00242AF1" w14:paraId="1E08DB1C" w14:textId="77777777">
        <w:trPr>
          <w:cantSplit/>
          <w:jc w:val="center"/>
        </w:trPr>
        <w:tc>
          <w:tcPr>
            <w:tcW w:w="10200" w:type="dxa"/>
            <w:tcBorders>
              <w:top w:val="single" w:sz="8" w:space="0" w:color="006C2E"/>
              <w:left w:val="single" w:sz="8" w:space="0" w:color="006C2E"/>
              <w:bottom w:val="single" w:sz="8" w:space="0" w:color="006C2E"/>
              <w:right w:val="single" w:sz="8" w:space="0" w:color="006C2E"/>
            </w:tcBorders>
            <w:shd w:val="clear" w:color="auto" w:fill="F7FBF8"/>
            <w:tcMar>
              <w:top w:w="120" w:type="dxa"/>
              <w:left w:w="120" w:type="dxa"/>
              <w:bottom w:w="120" w:type="dxa"/>
              <w:right w:w="120" w:type="dxa"/>
            </w:tcMar>
          </w:tcPr>
          <w:p w14:paraId="0045FAF1" w14:textId="77777777" w:rsidR="002325B1" w:rsidRPr="004E2740" w:rsidRDefault="009B7540" w:rsidP="004E2740">
            <w:pPr>
              <w:spacing w:after="40"/>
              <w:jc w:val="center"/>
              <w:rPr>
                <w:sz w:val="22"/>
                <w:szCs w:val="24"/>
                <w:lang w:val="es-EC"/>
              </w:rPr>
            </w:pPr>
            <w:r>
              <w:rPr>
                <w:b/>
                <w:color w:val="006C2E"/>
                <w:sz w:val="22"/>
                <w:szCs w:val="24"/>
                <w:lang w:val="es-EC"/>
              </w:rPr>
              <w:t>Aviso</w:t>
            </w:r>
          </w:p>
          <w:p w14:paraId="212647A5" w14:textId="059FF218" w:rsidR="00242AF1" w:rsidRPr="00242AF1" w:rsidRDefault="00242AF1" w:rsidP="00242AF1">
            <w:pPr>
              <w:spacing w:after="40"/>
              <w:jc w:val="both"/>
              <w:rPr>
                <w:szCs w:val="24"/>
                <w:lang w:val="es-EC"/>
              </w:rPr>
            </w:pPr>
            <w:r>
              <w:rPr>
                <w:b/>
                <w:bCs/>
                <w:szCs w:val="24"/>
                <w:lang w:val="es-EC"/>
              </w:rPr>
              <w:t>FRANQUICIAS ALIMENTICIAS FRANCEB CIA. LTDA</w:t>
            </w:r>
            <w:r>
              <w:rPr>
                <w:szCs w:val="24"/>
                <w:lang w:val="es-EC"/>
              </w:rPr>
              <w:t xml:space="preserve">., con RUC 1792568749001 Y </w:t>
            </w:r>
            <w:r>
              <w:rPr>
                <w:b/>
                <w:bCs/>
                <w:szCs w:val="24"/>
                <w:lang w:val="es-EC"/>
              </w:rPr>
              <w:t>LCR PRODUCTOS &amp; SERVICIOS CIA. LTDA.</w:t>
            </w:r>
            <w:r>
              <w:rPr>
                <w:szCs w:val="24"/>
                <w:lang w:val="es-EC"/>
              </w:rPr>
              <w:t>, con RUC 1791950356001, cada una en calidad de responsable del tratamiento respecto de los datos personales que trate en el marco de sus actividades, podr</w:t>
            </w:r>
            <w:r>
              <w:rPr>
                <w:rFonts w:hint="cs"/>
                <w:szCs w:val="24"/>
                <w:lang w:val="es-EC"/>
              </w:rPr>
              <w:t>á</w:t>
            </w:r>
            <w:r>
              <w:rPr>
                <w:szCs w:val="24"/>
                <w:lang w:val="es-EC"/>
              </w:rPr>
              <w:t>n tratar los datos personales contenidos en este formulario y en los documentos de soporte que se adjunten.</w:t>
            </w:r>
          </w:p>
          <w:p w14:paraId="549747ED" w14:textId="77777777" w:rsidR="00242AF1" w:rsidRPr="00242AF1" w:rsidRDefault="00242AF1" w:rsidP="00242AF1">
            <w:pPr>
              <w:spacing w:after="40"/>
              <w:jc w:val="both"/>
              <w:rPr>
                <w:szCs w:val="24"/>
                <w:lang w:val="es-EC"/>
              </w:rPr>
            </w:pPr>
          </w:p>
          <w:p w14:paraId="4AAF37C6" w14:textId="77777777" w:rsidR="00242AF1" w:rsidRPr="00242AF1" w:rsidRDefault="00242AF1" w:rsidP="00242AF1">
            <w:pPr>
              <w:spacing w:after="40"/>
              <w:jc w:val="both"/>
              <w:rPr>
                <w:szCs w:val="24"/>
                <w:lang w:val="es-EC"/>
              </w:rPr>
            </w:pPr>
            <w:r>
              <w:rPr>
                <w:szCs w:val="24"/>
                <w:lang w:val="es-EC"/>
              </w:rPr>
              <w:t>Los datos ser</w:t>
            </w:r>
            <w:r>
              <w:rPr>
                <w:rFonts w:hint="cs"/>
                <w:szCs w:val="24"/>
                <w:lang w:val="es-EC"/>
              </w:rPr>
              <w:t>á</w:t>
            </w:r>
            <w:r>
              <w:rPr>
                <w:szCs w:val="24"/>
                <w:lang w:val="es-EC"/>
              </w:rPr>
              <w:t>n tratados con la finalidad de recibir, registrar, verificar la identidad del titular o la representaci</w:t>
            </w:r>
            <w:r>
              <w:rPr>
                <w:rFonts w:hint="cs"/>
                <w:szCs w:val="24"/>
                <w:lang w:val="es-EC"/>
              </w:rPr>
              <w:t>ó</w:t>
            </w:r>
            <w:r>
              <w:rPr>
                <w:szCs w:val="24"/>
                <w:lang w:val="es-EC"/>
              </w:rPr>
              <w:t>n de quien act</w:t>
            </w:r>
            <w:r>
              <w:rPr>
                <w:rFonts w:hint="cs"/>
                <w:szCs w:val="24"/>
                <w:lang w:val="es-EC"/>
              </w:rPr>
              <w:t>ú</w:t>
            </w:r>
            <w:r>
              <w:rPr>
                <w:szCs w:val="24"/>
                <w:lang w:val="es-EC"/>
              </w:rPr>
              <w:t>e en su nombre, analizar, gestionar, responder y dejar evidencia de la atenci</w:t>
            </w:r>
            <w:r>
              <w:rPr>
                <w:rFonts w:hint="cs"/>
                <w:szCs w:val="24"/>
                <w:lang w:val="es-EC"/>
              </w:rPr>
              <w:t>ó</w:t>
            </w:r>
            <w:r>
              <w:rPr>
                <w:szCs w:val="24"/>
                <w:lang w:val="es-EC"/>
              </w:rPr>
              <w:t>n de la solicitud de ejercicio de derechos de protecci</w:t>
            </w:r>
            <w:r>
              <w:rPr>
                <w:rFonts w:hint="cs"/>
                <w:szCs w:val="24"/>
                <w:lang w:val="es-EC"/>
              </w:rPr>
              <w:t>ó</w:t>
            </w:r>
            <w:r>
              <w:rPr>
                <w:szCs w:val="24"/>
                <w:lang w:val="es-EC"/>
              </w:rPr>
              <w:t>n de datos personales.</w:t>
            </w:r>
          </w:p>
          <w:p w14:paraId="3EFB7741" w14:textId="77777777" w:rsidR="00242AF1" w:rsidRPr="00242AF1" w:rsidRDefault="00242AF1" w:rsidP="00242AF1">
            <w:pPr>
              <w:spacing w:after="40"/>
              <w:jc w:val="both"/>
              <w:rPr>
                <w:szCs w:val="24"/>
                <w:lang w:val="es-EC"/>
              </w:rPr>
            </w:pPr>
          </w:p>
          <w:p w14:paraId="501AC7A9" w14:textId="77777777" w:rsidR="00242AF1" w:rsidRPr="00242AF1" w:rsidRDefault="00242AF1" w:rsidP="00242AF1">
            <w:pPr>
              <w:spacing w:after="40"/>
              <w:jc w:val="both"/>
              <w:rPr>
                <w:szCs w:val="24"/>
                <w:lang w:val="es-EC"/>
              </w:rPr>
            </w:pPr>
            <w:r>
              <w:rPr>
                <w:szCs w:val="24"/>
                <w:lang w:val="es-EC"/>
              </w:rPr>
              <w:t>Cuando sea necesario para atender la solicitud, las compa</w:t>
            </w:r>
            <w:r>
              <w:rPr>
                <w:rFonts w:hint="cs"/>
                <w:szCs w:val="24"/>
                <w:lang w:val="es-EC"/>
              </w:rPr>
              <w:t>ñí</w:t>
            </w:r>
            <w:r>
              <w:rPr>
                <w:szCs w:val="24"/>
                <w:lang w:val="es-EC"/>
              </w:rPr>
              <w:t>as podr</w:t>
            </w:r>
            <w:r>
              <w:rPr>
                <w:rFonts w:hint="cs"/>
                <w:szCs w:val="24"/>
                <w:lang w:val="es-EC"/>
              </w:rPr>
              <w:t>á</w:t>
            </w:r>
            <w:r>
              <w:rPr>
                <w:szCs w:val="24"/>
                <w:lang w:val="es-EC"/>
              </w:rPr>
              <w:t xml:space="preserve">n coordinar internamente con sus </w:t>
            </w:r>
            <w:r>
              <w:rPr>
                <w:rFonts w:hint="cs"/>
                <w:szCs w:val="24"/>
                <w:lang w:val="es-EC"/>
              </w:rPr>
              <w:t>á</w:t>
            </w:r>
            <w:r>
              <w:rPr>
                <w:szCs w:val="24"/>
                <w:lang w:val="es-EC"/>
              </w:rPr>
              <w:t>reas competentes, encargados del tratamiento, proveedores tecnol</w:t>
            </w:r>
            <w:r>
              <w:rPr>
                <w:rFonts w:hint="cs"/>
                <w:szCs w:val="24"/>
                <w:lang w:val="es-EC"/>
              </w:rPr>
              <w:t>ó</w:t>
            </w:r>
            <w:r>
              <w:rPr>
                <w:szCs w:val="24"/>
                <w:lang w:val="es-EC"/>
              </w:rPr>
              <w:t>gicos, asesores o terceros estrictamente necesarios para localizar la informaci</w:t>
            </w:r>
            <w:r>
              <w:rPr>
                <w:rFonts w:hint="cs"/>
                <w:szCs w:val="24"/>
                <w:lang w:val="es-EC"/>
              </w:rPr>
              <w:t>ó</w:t>
            </w:r>
            <w:r>
              <w:rPr>
                <w:szCs w:val="24"/>
                <w:lang w:val="es-EC"/>
              </w:rPr>
              <w:t>n, validar antecedentes, ejecutar la medida solicitada, conservar trazabilidad de la gesti</w:t>
            </w:r>
            <w:r>
              <w:rPr>
                <w:rFonts w:hint="cs"/>
                <w:szCs w:val="24"/>
                <w:lang w:val="es-EC"/>
              </w:rPr>
              <w:t>ó</w:t>
            </w:r>
            <w:r>
              <w:rPr>
                <w:szCs w:val="24"/>
                <w:lang w:val="es-EC"/>
              </w:rPr>
              <w:t>n y atender requerimientos de la Superintendencia de Protecci</w:t>
            </w:r>
            <w:r>
              <w:rPr>
                <w:rFonts w:hint="cs"/>
                <w:szCs w:val="24"/>
                <w:lang w:val="es-EC"/>
              </w:rPr>
              <w:t>ó</w:t>
            </w:r>
            <w:r>
              <w:rPr>
                <w:szCs w:val="24"/>
                <w:lang w:val="es-EC"/>
              </w:rPr>
              <w:t>n de Datos Personales del Ecuador u otras autoridades competentes.</w:t>
            </w:r>
          </w:p>
          <w:p w14:paraId="2E6A9070" w14:textId="77777777" w:rsidR="00242AF1" w:rsidRPr="00242AF1" w:rsidRDefault="00242AF1" w:rsidP="00242AF1">
            <w:pPr>
              <w:spacing w:after="40"/>
              <w:jc w:val="both"/>
              <w:rPr>
                <w:szCs w:val="24"/>
                <w:lang w:val="es-EC"/>
              </w:rPr>
            </w:pPr>
          </w:p>
          <w:p w14:paraId="4933DDB2" w14:textId="77777777" w:rsidR="00242AF1" w:rsidRPr="00242AF1" w:rsidRDefault="00242AF1" w:rsidP="00242AF1">
            <w:pPr>
              <w:spacing w:after="40"/>
              <w:jc w:val="both"/>
              <w:rPr>
                <w:szCs w:val="24"/>
                <w:lang w:val="es-EC"/>
              </w:rPr>
            </w:pPr>
            <w:r>
              <w:rPr>
                <w:szCs w:val="24"/>
                <w:lang w:val="es-EC"/>
              </w:rPr>
              <w:t>Las bases legitimadoras principales del tratamiento son el cumplimiento de obligaciones legales en materia de protecci</w:t>
            </w:r>
            <w:r>
              <w:rPr>
                <w:rFonts w:hint="cs"/>
                <w:szCs w:val="24"/>
                <w:lang w:val="es-EC"/>
              </w:rPr>
              <w:t>ó</w:t>
            </w:r>
            <w:r>
              <w:rPr>
                <w:szCs w:val="24"/>
                <w:lang w:val="es-EC"/>
              </w:rPr>
              <w:t>n de datos personales, la gesti</w:t>
            </w:r>
            <w:r>
              <w:rPr>
                <w:rFonts w:hint="cs"/>
                <w:szCs w:val="24"/>
                <w:lang w:val="es-EC"/>
              </w:rPr>
              <w:t>ó</w:t>
            </w:r>
            <w:r>
              <w:rPr>
                <w:szCs w:val="24"/>
                <w:lang w:val="es-EC"/>
              </w:rPr>
              <w:t>n y atenci</w:t>
            </w:r>
            <w:r>
              <w:rPr>
                <w:rFonts w:hint="cs"/>
                <w:szCs w:val="24"/>
                <w:lang w:val="es-EC"/>
              </w:rPr>
              <w:t>ó</w:t>
            </w:r>
            <w:r>
              <w:rPr>
                <w:szCs w:val="24"/>
                <w:lang w:val="es-EC"/>
              </w:rPr>
              <w:t>n de los derechos del titular, y el inter</w:t>
            </w:r>
            <w:r>
              <w:rPr>
                <w:rFonts w:hint="cs"/>
                <w:szCs w:val="24"/>
                <w:lang w:val="es-EC"/>
              </w:rPr>
              <w:t>é</w:t>
            </w:r>
            <w:r>
              <w:rPr>
                <w:szCs w:val="24"/>
                <w:lang w:val="es-EC"/>
              </w:rPr>
              <w:t>s leg</w:t>
            </w:r>
            <w:r>
              <w:rPr>
                <w:rFonts w:hint="cs"/>
                <w:szCs w:val="24"/>
                <w:lang w:val="es-EC"/>
              </w:rPr>
              <w:t>í</w:t>
            </w:r>
            <w:r>
              <w:rPr>
                <w:szCs w:val="24"/>
                <w:lang w:val="es-EC"/>
              </w:rPr>
              <w:t>timo de las compa</w:t>
            </w:r>
            <w:r>
              <w:rPr>
                <w:rFonts w:hint="cs"/>
                <w:szCs w:val="24"/>
                <w:lang w:val="es-EC"/>
              </w:rPr>
              <w:t>ñí</w:t>
            </w:r>
            <w:r>
              <w:rPr>
                <w:szCs w:val="24"/>
                <w:lang w:val="es-EC"/>
              </w:rPr>
              <w:t>as en mantener trazabilidad, seguridad, control interno, auditor</w:t>
            </w:r>
            <w:r>
              <w:rPr>
                <w:rFonts w:hint="cs"/>
                <w:szCs w:val="24"/>
                <w:lang w:val="es-EC"/>
              </w:rPr>
              <w:t>í</w:t>
            </w:r>
            <w:r>
              <w:rPr>
                <w:szCs w:val="24"/>
                <w:lang w:val="es-EC"/>
              </w:rPr>
              <w:t>a y defensa frente a reclamaciones administrativas, judiciales o extrajudiciales.</w:t>
            </w:r>
          </w:p>
          <w:p w14:paraId="65CCDAAA" w14:textId="77777777" w:rsidR="00242AF1" w:rsidRPr="00242AF1" w:rsidRDefault="00242AF1" w:rsidP="00242AF1">
            <w:pPr>
              <w:spacing w:after="40"/>
              <w:jc w:val="both"/>
              <w:rPr>
                <w:szCs w:val="24"/>
                <w:lang w:val="es-EC"/>
              </w:rPr>
            </w:pPr>
          </w:p>
          <w:p w14:paraId="7EEDA643" w14:textId="77777777" w:rsidR="00242AF1" w:rsidRPr="00242AF1" w:rsidRDefault="00242AF1" w:rsidP="00242AF1">
            <w:pPr>
              <w:spacing w:after="40"/>
              <w:jc w:val="both"/>
              <w:rPr>
                <w:szCs w:val="24"/>
                <w:lang w:val="es-EC"/>
              </w:rPr>
            </w:pPr>
            <w:r>
              <w:rPr>
                <w:szCs w:val="24"/>
                <w:lang w:val="es-EC"/>
              </w:rPr>
              <w:t>Los datos personales ser</w:t>
            </w:r>
            <w:r>
              <w:rPr>
                <w:rFonts w:hint="cs"/>
                <w:szCs w:val="24"/>
                <w:lang w:val="es-EC"/>
              </w:rPr>
              <w:t>á</w:t>
            </w:r>
            <w:r>
              <w:rPr>
                <w:szCs w:val="24"/>
                <w:lang w:val="es-EC"/>
              </w:rPr>
              <w:t>n conservados durante el tiempo necesario para demostrar la atenci</w:t>
            </w:r>
            <w:r>
              <w:rPr>
                <w:rFonts w:hint="cs"/>
                <w:szCs w:val="24"/>
                <w:lang w:val="es-EC"/>
              </w:rPr>
              <w:t>ó</w:t>
            </w:r>
            <w:r>
              <w:rPr>
                <w:szCs w:val="24"/>
                <w:lang w:val="es-EC"/>
              </w:rPr>
              <w:t>n de la solicitud, cumplir obligaciones legales, atender procesos de auditor</w:t>
            </w:r>
            <w:r>
              <w:rPr>
                <w:rFonts w:hint="cs"/>
                <w:szCs w:val="24"/>
                <w:lang w:val="es-EC"/>
              </w:rPr>
              <w:t>í</w:t>
            </w:r>
            <w:r>
              <w:rPr>
                <w:szCs w:val="24"/>
                <w:lang w:val="es-EC"/>
              </w:rPr>
              <w:t>a, gestionar reclamaciones y ejercer la defensa de los intereses leg</w:t>
            </w:r>
            <w:r>
              <w:rPr>
                <w:rFonts w:hint="cs"/>
                <w:szCs w:val="24"/>
                <w:lang w:val="es-EC"/>
              </w:rPr>
              <w:t>í</w:t>
            </w:r>
            <w:r>
              <w:rPr>
                <w:szCs w:val="24"/>
                <w:lang w:val="es-EC"/>
              </w:rPr>
              <w:t>timos de las compa</w:t>
            </w:r>
            <w:r>
              <w:rPr>
                <w:rFonts w:hint="cs"/>
                <w:szCs w:val="24"/>
                <w:lang w:val="es-EC"/>
              </w:rPr>
              <w:t>ñí</w:t>
            </w:r>
            <w:r>
              <w:rPr>
                <w:szCs w:val="24"/>
                <w:lang w:val="es-EC"/>
              </w:rPr>
              <w:t>as, conforme a la normativa aplicable.</w:t>
            </w:r>
          </w:p>
          <w:p w14:paraId="7E1057DD" w14:textId="77777777" w:rsidR="00242AF1" w:rsidRPr="00242AF1" w:rsidRDefault="00242AF1" w:rsidP="00242AF1">
            <w:pPr>
              <w:spacing w:after="40"/>
              <w:jc w:val="both"/>
              <w:rPr>
                <w:szCs w:val="24"/>
                <w:lang w:val="es-EC"/>
              </w:rPr>
            </w:pPr>
          </w:p>
          <w:p w14:paraId="5407BF7B" w14:textId="77777777" w:rsidR="00242AF1" w:rsidRPr="00242AF1" w:rsidRDefault="00242AF1" w:rsidP="00242AF1">
            <w:pPr>
              <w:spacing w:after="40"/>
              <w:jc w:val="both"/>
              <w:rPr>
                <w:szCs w:val="24"/>
                <w:lang w:val="es-EC"/>
              </w:rPr>
            </w:pPr>
            <w:r>
              <w:rPr>
                <w:szCs w:val="24"/>
                <w:lang w:val="es-EC"/>
              </w:rPr>
              <w:t>El canal espec</w:t>
            </w:r>
            <w:r>
              <w:rPr>
                <w:rFonts w:hint="cs"/>
                <w:szCs w:val="24"/>
                <w:lang w:val="es-EC"/>
              </w:rPr>
              <w:t>í</w:t>
            </w:r>
            <w:r>
              <w:rPr>
                <w:szCs w:val="24"/>
                <w:lang w:val="es-EC"/>
              </w:rPr>
              <w:t>fico habilitado para asuntos de protecci</w:t>
            </w:r>
            <w:r>
              <w:rPr>
                <w:rFonts w:hint="cs"/>
                <w:szCs w:val="24"/>
                <w:lang w:val="es-EC"/>
              </w:rPr>
              <w:t>ó</w:t>
            </w:r>
            <w:r>
              <w:rPr>
                <w:szCs w:val="24"/>
                <w:lang w:val="es-EC"/>
              </w:rPr>
              <w:t>n de datos personales es: dpd_lcr@lcrcebiches.com.</w:t>
            </w:r>
          </w:p>
          <w:p w14:paraId="4849B7D0" w14:textId="77777777" w:rsidR="00242AF1" w:rsidRPr="00242AF1" w:rsidRDefault="00242AF1" w:rsidP="00242AF1">
            <w:pPr>
              <w:spacing w:after="40"/>
              <w:jc w:val="both"/>
              <w:rPr>
                <w:szCs w:val="24"/>
                <w:lang w:val="es-EC"/>
              </w:rPr>
            </w:pPr>
          </w:p>
          <w:p w14:paraId="17B88D13" w14:textId="4F1D7024" w:rsidR="002325B1" w:rsidRPr="00685DC3" w:rsidRDefault="00242AF1" w:rsidP="00242AF1">
            <w:pPr>
              <w:spacing w:after="40"/>
              <w:jc w:val="both"/>
              <w:rPr>
                <w:szCs w:val="24"/>
                <w:lang w:val="es-EC"/>
              </w:rPr>
            </w:pPr>
            <w:r>
              <w:rPr>
                <w:szCs w:val="24"/>
                <w:lang w:val="es-EC"/>
              </w:rPr>
              <w:t>El titular puede consultar la Pol</w:t>
            </w:r>
            <w:r>
              <w:rPr>
                <w:rFonts w:hint="cs"/>
                <w:szCs w:val="24"/>
                <w:lang w:val="es-EC"/>
              </w:rPr>
              <w:t>í</w:t>
            </w:r>
            <w:r>
              <w:rPr>
                <w:szCs w:val="24"/>
                <w:lang w:val="es-EC"/>
              </w:rPr>
              <w:t>tica General de Protecci</w:t>
            </w:r>
            <w:r>
              <w:rPr>
                <w:rFonts w:hint="cs"/>
                <w:szCs w:val="24"/>
                <w:lang w:val="es-EC"/>
              </w:rPr>
              <w:t>ó</w:t>
            </w:r>
            <w:r>
              <w:rPr>
                <w:szCs w:val="24"/>
                <w:lang w:val="es-EC"/>
              </w:rPr>
              <w:t>n de Datos Personales y el Procedimiento para el Ejercicio de Derechos en los canales que las compa</w:t>
            </w:r>
            <w:r>
              <w:rPr>
                <w:rFonts w:hint="cs"/>
                <w:szCs w:val="24"/>
                <w:lang w:val="es-EC"/>
              </w:rPr>
              <w:t>ñí</w:t>
            </w:r>
            <w:r>
              <w:rPr>
                <w:szCs w:val="24"/>
                <w:lang w:val="es-EC"/>
              </w:rPr>
              <w:t>as mantengan habilitados.</w:t>
            </w:r>
          </w:p>
        </w:tc>
      </w:tr>
    </w:tbl>
    <w:p w14:paraId="54CA94C6" w14:textId="158462EB" w:rsidR="002325B1" w:rsidRPr="004E2740" w:rsidRDefault="009B7540">
      <w:pPr>
        <w:pStyle w:val="Ttulo1"/>
        <w:pageBreakBefore/>
        <w:pBdr>
          <w:bottom w:val="single" w:sz="8" w:space="1" w:color="00953E"/>
        </w:pBdr>
        <w:spacing w:before="240" w:after="120"/>
        <w:rPr>
          <w:sz w:val="36"/>
          <w:szCs w:val="32"/>
          <w:lang w:val="es-EC"/>
        </w:rPr>
      </w:pPr>
      <w:r>
        <w:rPr>
          <w:rFonts w:ascii="Liberation Sans" w:eastAsia="Liberation Sans" w:hAnsi="Liberation Sans"/>
          <w:sz w:val="34"/>
          <w:szCs w:val="32"/>
          <w:lang w:val="es-EC"/>
        </w:rPr>
        <w:lastRenderedPageBreak/>
        <w:t>USO INTERNO - No diligenciar por el solicitante.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0"/>
        <w:gridCol w:w="5800"/>
      </w:tblGrid>
      <w:tr w:rsidR="002325B1" w:rsidRPr="00E55BB7" w14:paraId="17B62054"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7ABA468B" w14:textId="77777777" w:rsidR="002325B1" w:rsidRPr="00F836EB" w:rsidRDefault="009B7540" w:rsidP="00F836EB">
            <w:pPr>
              <w:spacing w:after="20"/>
              <w:rPr>
                <w:color w:val="auto"/>
                <w:szCs w:val="28"/>
              </w:rPr>
            </w:pPr>
            <w:r>
              <w:rPr>
                <w:b/>
                <w:color w:val="auto"/>
                <w:szCs w:val="28"/>
              </w:rPr>
              <w:t xml:space="preserve">Número de caso</w:t>
            </w:r>
          </w:p>
        </w:tc>
        <w:tc>
          <w:tcPr>
            <w:tcW w:w="5800" w:type="dxa"/>
            <w:tcMar>
              <w:top w:w="80" w:type="dxa"/>
              <w:left w:w="80" w:type="dxa"/>
              <w:bottom w:w="80" w:type="dxa"/>
              <w:right w:w="80" w:type="dxa"/>
            </w:tcMar>
          </w:tcPr>
          <w:p w14:paraId="573141CC" w14:textId="77777777" w:rsidR="002325B1" w:rsidRPr="00E55BB7" w:rsidRDefault="009B7540">
            <w:pPr>
              <w:spacing w:after="20"/>
              <w:rPr>
                <w:szCs w:val="28"/>
              </w:rPr>
            </w:pPr>
            <w:r>
              <w:rPr>
                <w:szCs w:val="28"/>
              </w:rPr>
              <w:t>____________________________________________</w:t>
            </w:r>
          </w:p>
        </w:tc>
      </w:tr>
      <w:tr w:rsidR="002325B1" w:rsidRPr="00E55BB7" w14:paraId="4D03FF9C"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4102FB9A" w14:textId="77777777" w:rsidR="002325B1" w:rsidRPr="004E2740" w:rsidRDefault="009B7540" w:rsidP="00F836EB">
            <w:pPr>
              <w:spacing w:after="20"/>
              <w:rPr>
                <w:color w:val="auto"/>
                <w:szCs w:val="28"/>
                <w:lang w:val="es-EC"/>
              </w:rPr>
            </w:pPr>
            <w:r>
              <w:rPr>
                <w:b/>
                <w:color w:val="auto"/>
                <w:szCs w:val="28"/>
                <w:lang w:val="es-EC"/>
              </w:rPr>
              <w:t>Fecha y hora de recepción</w:t>
            </w:r>
          </w:p>
        </w:tc>
        <w:tc>
          <w:tcPr>
            <w:tcW w:w="5800" w:type="dxa"/>
            <w:tcMar>
              <w:top w:w="80" w:type="dxa"/>
              <w:left w:w="80" w:type="dxa"/>
              <w:bottom w:w="80" w:type="dxa"/>
              <w:right w:w="80" w:type="dxa"/>
            </w:tcMar>
          </w:tcPr>
          <w:p w14:paraId="2A7B088E" w14:textId="77777777" w:rsidR="002325B1" w:rsidRPr="00E55BB7" w:rsidRDefault="009B7540">
            <w:pPr>
              <w:spacing w:after="20"/>
              <w:rPr>
                <w:szCs w:val="28"/>
              </w:rPr>
            </w:pPr>
            <w:r>
              <w:rPr>
                <w:szCs w:val="28"/>
              </w:rPr>
              <w:t>____________________________________________</w:t>
            </w:r>
          </w:p>
        </w:tc>
      </w:tr>
      <w:tr w:rsidR="002325B1" w:rsidRPr="00242AF1" w14:paraId="2F68882B"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2D71DD36" w14:textId="77777777" w:rsidR="002325B1" w:rsidRPr="00F836EB" w:rsidRDefault="009B7540" w:rsidP="00F836EB">
            <w:pPr>
              <w:spacing w:after="20"/>
              <w:rPr>
                <w:color w:val="auto"/>
                <w:szCs w:val="28"/>
              </w:rPr>
            </w:pPr>
            <w:r>
              <w:rPr>
                <w:b/>
                <w:color w:val="auto"/>
                <w:szCs w:val="28"/>
              </w:rPr>
              <w:t xml:space="preserve">Canal de recepción</w:t>
            </w:r>
          </w:p>
        </w:tc>
        <w:tc>
          <w:tcPr>
            <w:tcW w:w="5800" w:type="dxa"/>
            <w:tcMar>
              <w:top w:w="80" w:type="dxa"/>
              <w:left w:w="80" w:type="dxa"/>
              <w:bottom w:w="80" w:type="dxa"/>
              <w:right w:w="80" w:type="dxa"/>
            </w:tcMar>
          </w:tcPr>
          <w:p w14:paraId="04403CC8" w14:textId="77777777" w:rsidR="002325B1" w:rsidRPr="004E2740" w:rsidRDefault="009B7540">
            <w:pPr>
              <w:spacing w:after="20"/>
              <w:rPr>
                <w:szCs w:val="28"/>
                <w:lang w:val="es-EC"/>
              </w:rPr>
            </w:pPr>
            <w:r>
              <w:rPr>
                <w:szCs w:val="28"/>
                <w:lang w:val="es-EC"/>
              </w:rPr>
              <w:t>☐ Correo   ☐ Formulario web   ☐ Físico   ☐ Derivado internamente   ☐ Otro: __________</w:t>
            </w:r>
          </w:p>
        </w:tc>
      </w:tr>
      <w:tr w:rsidR="002325B1" w:rsidRPr="00E55BB7" w14:paraId="3EE32FA8"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583CA659" w14:textId="77777777" w:rsidR="002325B1" w:rsidRPr="00F836EB" w:rsidRDefault="009B7540" w:rsidP="00F836EB">
            <w:pPr>
              <w:spacing w:after="20"/>
              <w:rPr>
                <w:color w:val="auto"/>
                <w:szCs w:val="28"/>
              </w:rPr>
            </w:pPr>
            <w:r>
              <w:rPr>
                <w:b/>
                <w:color w:val="auto"/>
                <w:szCs w:val="28"/>
              </w:rPr>
              <w:t xml:space="preserve">Responsable de radicación</w:t>
            </w:r>
          </w:p>
        </w:tc>
        <w:tc>
          <w:tcPr>
            <w:tcW w:w="5800" w:type="dxa"/>
            <w:tcMar>
              <w:top w:w="80" w:type="dxa"/>
              <w:left w:w="80" w:type="dxa"/>
              <w:bottom w:w="80" w:type="dxa"/>
              <w:right w:w="80" w:type="dxa"/>
            </w:tcMar>
          </w:tcPr>
          <w:p w14:paraId="29C67E2C" w14:textId="77777777" w:rsidR="002325B1" w:rsidRPr="00E55BB7" w:rsidRDefault="009B7540">
            <w:pPr>
              <w:spacing w:after="20"/>
              <w:rPr>
                <w:szCs w:val="28"/>
              </w:rPr>
            </w:pPr>
            <w:r>
              <w:rPr>
                <w:szCs w:val="28"/>
              </w:rPr>
              <w:t>____________________________________________</w:t>
            </w:r>
          </w:p>
        </w:tc>
      </w:tr>
      <w:tr w:rsidR="002325B1" w:rsidRPr="00E55BB7" w14:paraId="13A5049F"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2CA8196C" w14:textId="77777777" w:rsidR="002325B1" w:rsidRPr="00F836EB" w:rsidRDefault="009B7540" w:rsidP="00F836EB">
            <w:pPr>
              <w:spacing w:after="20"/>
              <w:rPr>
                <w:color w:val="auto"/>
                <w:szCs w:val="28"/>
              </w:rPr>
            </w:pPr>
            <w:r>
              <w:rPr>
                <w:b/>
                <w:color w:val="auto"/>
                <w:szCs w:val="28"/>
              </w:rPr>
              <w:t xml:space="preserve">Área(s) involucrada(s)</w:t>
            </w:r>
          </w:p>
        </w:tc>
        <w:tc>
          <w:tcPr>
            <w:tcW w:w="5800" w:type="dxa"/>
            <w:tcMar>
              <w:top w:w="80" w:type="dxa"/>
              <w:left w:w="80" w:type="dxa"/>
              <w:bottom w:w="80" w:type="dxa"/>
              <w:right w:w="80" w:type="dxa"/>
            </w:tcMar>
          </w:tcPr>
          <w:p w14:paraId="47E41276" w14:textId="77777777" w:rsidR="002325B1" w:rsidRPr="00E55BB7" w:rsidRDefault="009B7540">
            <w:pPr>
              <w:spacing w:after="20"/>
              <w:rPr>
                <w:szCs w:val="28"/>
              </w:rPr>
            </w:pPr>
            <w:r>
              <w:rPr>
                <w:szCs w:val="28"/>
              </w:rPr>
              <w:t>____________________________________________</w:t>
            </w:r>
          </w:p>
        </w:tc>
      </w:tr>
      <w:tr w:rsidR="002325B1" w:rsidRPr="00242AF1" w14:paraId="2A281B04"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3CAF13BD" w14:textId="77777777" w:rsidR="002325B1" w:rsidRPr="00F836EB" w:rsidRDefault="009B7540" w:rsidP="00F836EB">
            <w:pPr>
              <w:spacing w:after="20"/>
              <w:rPr>
                <w:color w:val="auto"/>
                <w:szCs w:val="28"/>
              </w:rPr>
            </w:pPr>
            <w:r>
              <w:rPr>
                <w:b/>
                <w:color w:val="auto"/>
                <w:szCs w:val="28"/>
              </w:rPr>
              <w:t xml:space="preserve">Requiere aclaración o ampliación</w:t>
            </w:r>
          </w:p>
        </w:tc>
        <w:tc>
          <w:tcPr>
            <w:tcW w:w="5800" w:type="dxa"/>
            <w:tcMar>
              <w:top w:w="80" w:type="dxa"/>
              <w:left w:w="80" w:type="dxa"/>
              <w:bottom w:w="80" w:type="dxa"/>
              <w:right w:w="80" w:type="dxa"/>
            </w:tcMar>
          </w:tcPr>
          <w:p w14:paraId="23951A8B" w14:textId="77777777" w:rsidR="002325B1" w:rsidRPr="004E2740" w:rsidRDefault="009B7540">
            <w:pPr>
              <w:spacing w:after="20"/>
              <w:rPr>
                <w:szCs w:val="28"/>
                <w:lang w:val="es-EC"/>
              </w:rPr>
            </w:pPr>
            <w:r>
              <w:rPr>
                <w:szCs w:val="28"/>
                <w:lang w:val="es-EC"/>
              </w:rPr>
              <w:t>☐ Sí   ☐ No   Fecha de requerimiento: ____/____/______</w:t>
            </w:r>
          </w:p>
        </w:tc>
      </w:tr>
      <w:tr w:rsidR="002325B1" w:rsidRPr="00E55BB7" w14:paraId="46F0CEE2"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5FA13E18" w14:textId="77777777" w:rsidR="002325B1" w:rsidRPr="00F836EB" w:rsidRDefault="009B7540" w:rsidP="00F836EB">
            <w:pPr>
              <w:spacing w:after="20"/>
              <w:rPr>
                <w:color w:val="auto"/>
                <w:szCs w:val="28"/>
              </w:rPr>
            </w:pPr>
            <w:r>
              <w:rPr>
                <w:b/>
                <w:color w:val="auto"/>
                <w:szCs w:val="28"/>
              </w:rPr>
              <w:t xml:space="preserve">Identidad / representación verificada</w:t>
            </w:r>
          </w:p>
        </w:tc>
        <w:tc>
          <w:tcPr>
            <w:tcW w:w="5800" w:type="dxa"/>
            <w:tcMar>
              <w:top w:w="80" w:type="dxa"/>
              <w:left w:w="80" w:type="dxa"/>
              <w:bottom w:w="80" w:type="dxa"/>
              <w:right w:w="80" w:type="dxa"/>
            </w:tcMar>
          </w:tcPr>
          <w:p w14:paraId="47D81029" w14:textId="77777777" w:rsidR="002325B1" w:rsidRPr="00E55BB7" w:rsidRDefault="009B7540">
            <w:pPr>
              <w:spacing w:after="20"/>
              <w:rPr>
                <w:szCs w:val="28"/>
              </w:rPr>
            </w:pPr>
            <w:r>
              <w:rPr>
                <w:szCs w:val="28"/>
              </w:rPr>
              <w:t xml:space="preserve">☐ Sí   ☐ No   ☐ Pendiente</w:t>
            </w:r>
          </w:p>
        </w:tc>
      </w:tr>
      <w:tr w:rsidR="002325B1" w:rsidRPr="00E55BB7" w14:paraId="15F0C5AE"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1F3D93B6" w14:textId="77777777" w:rsidR="002325B1" w:rsidRPr="00F836EB" w:rsidRDefault="009B7540" w:rsidP="00F836EB">
            <w:pPr>
              <w:spacing w:after="20"/>
              <w:rPr>
                <w:color w:val="auto"/>
                <w:szCs w:val="28"/>
              </w:rPr>
            </w:pPr>
            <w:r>
              <w:rPr>
                <w:b/>
                <w:color w:val="auto"/>
                <w:szCs w:val="28"/>
              </w:rPr>
              <w:t xml:space="preserve">Derecho(s) invocado(s)</w:t>
            </w:r>
          </w:p>
        </w:tc>
        <w:tc>
          <w:tcPr>
            <w:tcW w:w="5800" w:type="dxa"/>
            <w:tcMar>
              <w:top w:w="80" w:type="dxa"/>
              <w:left w:w="80" w:type="dxa"/>
              <w:bottom w:w="80" w:type="dxa"/>
              <w:right w:w="80" w:type="dxa"/>
            </w:tcMar>
          </w:tcPr>
          <w:p w14:paraId="18587E44" w14:textId="77777777" w:rsidR="002325B1" w:rsidRPr="00E55BB7" w:rsidRDefault="009B7540">
            <w:pPr>
              <w:spacing w:after="20"/>
              <w:rPr>
                <w:szCs w:val="28"/>
              </w:rPr>
            </w:pPr>
            <w:r>
              <w:rPr>
                <w:szCs w:val="28"/>
              </w:rPr>
              <w:t>____________________________________________</w:t>
            </w:r>
          </w:p>
        </w:tc>
      </w:tr>
      <w:tr w:rsidR="002325B1" w:rsidRPr="00242AF1" w14:paraId="6F2578E9"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50DC68EB" w14:textId="77777777" w:rsidR="002325B1" w:rsidRPr="00F836EB" w:rsidRDefault="009B7540" w:rsidP="00F836EB">
            <w:pPr>
              <w:spacing w:after="20"/>
              <w:rPr>
                <w:color w:val="auto"/>
                <w:szCs w:val="28"/>
              </w:rPr>
            </w:pPr>
            <w:r>
              <w:rPr>
                <w:b/>
                <w:color w:val="auto"/>
                <w:szCs w:val="28"/>
              </w:rPr>
              <w:t>Decisión</w:t>
            </w:r>
          </w:p>
        </w:tc>
        <w:tc>
          <w:tcPr>
            <w:tcW w:w="5800" w:type="dxa"/>
            <w:tcMar>
              <w:top w:w="80" w:type="dxa"/>
              <w:left w:w="80" w:type="dxa"/>
              <w:bottom w:w="80" w:type="dxa"/>
              <w:right w:w="80" w:type="dxa"/>
            </w:tcMar>
          </w:tcPr>
          <w:p w14:paraId="32B1EEDE" w14:textId="77777777" w:rsidR="002325B1" w:rsidRPr="004E2740" w:rsidRDefault="009B7540">
            <w:pPr>
              <w:spacing w:after="20"/>
              <w:rPr>
                <w:szCs w:val="28"/>
                <w:lang w:val="es-EC"/>
              </w:rPr>
            </w:pPr>
            <w:r>
              <w:rPr>
                <w:szCs w:val="28"/>
                <w:lang w:val="es-EC"/>
              </w:rPr>
              <w:t>☐ Aceptada total   ☐ Aceptada parcial   ☐ Negada motivadamente   ☐ Archivada por falta de aclaración</w:t>
            </w:r>
          </w:p>
        </w:tc>
      </w:tr>
      <w:tr w:rsidR="002325B1" w:rsidRPr="00E55BB7" w14:paraId="5F443F2A"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0B9C80AD" w14:textId="77777777" w:rsidR="002325B1" w:rsidRPr="00F836EB" w:rsidRDefault="009B7540" w:rsidP="00F836EB">
            <w:pPr>
              <w:spacing w:after="20"/>
              <w:rPr>
                <w:color w:val="auto"/>
                <w:szCs w:val="28"/>
              </w:rPr>
            </w:pPr>
            <w:r>
              <w:rPr>
                <w:b/>
                <w:color w:val="auto"/>
                <w:szCs w:val="28"/>
              </w:rPr>
              <w:t xml:space="preserve">Fecha de respuesta</w:t>
            </w:r>
          </w:p>
        </w:tc>
        <w:tc>
          <w:tcPr>
            <w:tcW w:w="5800" w:type="dxa"/>
            <w:tcMar>
              <w:top w:w="80" w:type="dxa"/>
              <w:left w:w="80" w:type="dxa"/>
              <w:bottom w:w="80" w:type="dxa"/>
              <w:right w:w="80" w:type="dxa"/>
            </w:tcMar>
          </w:tcPr>
          <w:p w14:paraId="0E013468" w14:textId="77777777" w:rsidR="002325B1" w:rsidRPr="00E55BB7" w:rsidRDefault="009B7540">
            <w:pPr>
              <w:spacing w:after="20"/>
              <w:rPr>
                <w:szCs w:val="28"/>
              </w:rPr>
            </w:pPr>
            <w:r>
              <w:rPr>
                <w:szCs w:val="28"/>
              </w:rPr>
              <w:t>____/____/______</w:t>
            </w:r>
          </w:p>
        </w:tc>
      </w:tr>
      <w:tr w:rsidR="002325B1" w:rsidRPr="00E55BB7" w14:paraId="6F828E59"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58380FBD" w14:textId="77777777" w:rsidR="002325B1" w:rsidRPr="00F836EB" w:rsidRDefault="009B7540" w:rsidP="00F836EB">
            <w:pPr>
              <w:spacing w:after="20"/>
              <w:rPr>
                <w:color w:val="auto"/>
                <w:szCs w:val="28"/>
              </w:rPr>
            </w:pPr>
            <w:r>
              <w:rPr>
                <w:b/>
                <w:color w:val="auto"/>
                <w:szCs w:val="28"/>
              </w:rPr>
              <w:t xml:space="preserve">Evidencia de ejecución / cierre</w:t>
            </w:r>
          </w:p>
        </w:tc>
        <w:tc>
          <w:tcPr>
            <w:tcW w:w="5800" w:type="dxa"/>
            <w:tcMar>
              <w:top w:w="80" w:type="dxa"/>
              <w:left w:w="80" w:type="dxa"/>
              <w:bottom w:w="80" w:type="dxa"/>
              <w:right w:w="80" w:type="dxa"/>
            </w:tcMar>
          </w:tcPr>
          <w:p w14:paraId="79C0AB8F" w14:textId="77777777" w:rsidR="002325B1" w:rsidRPr="00E55BB7" w:rsidRDefault="009B7540">
            <w:pPr>
              <w:rPr>
                <w:szCs w:val="28"/>
              </w:rPr>
            </w:pPr>
            <w:r>
              <w:rPr>
                <w:szCs w:val="28"/>
              </w:rPr>
              <w:t>____________________________________________</w:t>
            </w:r>
          </w:p>
        </w:tc>
      </w:tr>
      <w:tr w:rsidR="002325B1" w:rsidRPr="00E55BB7" w14:paraId="5033C271" w14:textId="77777777" w:rsidTr="00F836EB">
        <w:trPr>
          <w:cantSplit/>
          <w:jc w:val="center"/>
        </w:trPr>
        <w:tc>
          <w:tcPr>
            <w:tcW w:w="4000" w:type="dxa"/>
            <w:shd w:val="clear" w:color="auto" w:fill="DBE5F1" w:themeFill="accent1" w:themeFillTint="33"/>
            <w:tcMar>
              <w:top w:w="80" w:type="dxa"/>
              <w:left w:w="80" w:type="dxa"/>
              <w:bottom w:w="80" w:type="dxa"/>
              <w:right w:w="80" w:type="dxa"/>
            </w:tcMar>
            <w:vAlign w:val="center"/>
          </w:tcPr>
          <w:p w14:paraId="7E9BE0D8" w14:textId="77777777" w:rsidR="002325B1" w:rsidRPr="00F836EB" w:rsidRDefault="009B7540" w:rsidP="00F836EB">
            <w:pPr>
              <w:spacing w:after="20"/>
              <w:rPr>
                <w:color w:val="auto"/>
                <w:szCs w:val="28"/>
              </w:rPr>
            </w:pPr>
            <w:r>
              <w:rPr>
                <w:b/>
                <w:color w:val="auto"/>
                <w:szCs w:val="28"/>
              </w:rPr>
              <w:t xml:space="preserve">Observaciones internas</w:t>
            </w:r>
          </w:p>
        </w:tc>
        <w:tc>
          <w:tcPr>
            <w:tcW w:w="5800" w:type="dxa"/>
            <w:tcMar>
              <w:top w:w="80" w:type="dxa"/>
              <w:left w:w="80" w:type="dxa"/>
              <w:bottom w:w="80" w:type="dxa"/>
              <w:right w:w="80" w:type="dxa"/>
            </w:tcMar>
          </w:tcPr>
          <w:p w14:paraId="3D0DA9B1" w14:textId="77777777" w:rsidR="002325B1" w:rsidRPr="00E55BB7" w:rsidRDefault="009B7540">
            <w:pPr>
              <w:rPr>
                <w:szCs w:val="28"/>
              </w:rPr>
            </w:pPr>
            <w:r>
              <w:rPr>
                <w:szCs w:val="28"/>
              </w:rPr>
              <w:t>____________________________________________</w:t>
            </w:r>
          </w:p>
        </w:tc>
      </w:tr>
    </w:tbl>
    <w:p w14:paraId="6CB74C67" w14:textId="0A5EF48F" w:rsidR="002325B1" w:rsidRPr="004E2740" w:rsidRDefault="009B7540">
      <w:pPr>
        <w:spacing w:before="120" w:after="80" w:line="259" w:lineRule="auto"/>
        <w:jc w:val="center"/>
        <w:rPr>
          <w:sz w:val="22"/>
          <w:szCs w:val="24"/>
          <w:lang w:val="es-EC"/>
        </w:rPr>
      </w:pPr>
      <w:r>
        <w:rPr>
          <w:b/>
          <w:color w:val="006C2E"/>
          <w:sz w:val="18"/>
          <w:szCs w:val="24"/>
          <w:lang w:val="es-EC"/>
        </w:rPr>
        <w:t xml:space="preserve">Formulario ARSO+ para el ejercicio de derechos de titulares | FRANCEB Y LCR - LCR-PDP-FOR-001 | Versión 1.0</w:t>
      </w:r>
    </w:p>
    <w:sectPr w:rsidR="002325B1" w:rsidRPr="004E2740" w:rsidSect="00FA7AFE">
      <w:headerReference w:type="default" r:id="rId9"/>
      <w:footerReference w:type="default" r:id="rId10"/>
      <w:pgSz w:w="12240" w:h="15840"/>
      <w:pgMar w:top="1020" w:right="1020" w:bottom="907" w:left="1020"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F0956" w14:textId="77777777" w:rsidR="00861E98" w:rsidRDefault="00861E98">
      <w:pPr>
        <w:spacing w:after="0" w:line="240" w:lineRule="auto"/>
      </w:pPr>
      <w:r>
        <w:separator/>
      </w:r>
    </w:p>
  </w:endnote>
  <w:endnote w:type="continuationSeparator" w:id="0">
    <w:p w14:paraId="13B0C1EA" w14:textId="77777777" w:rsidR="00861E98" w:rsidRDefault="00861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3B246" w14:textId="6900D3CC" w:rsidR="002325B1" w:rsidRPr="00FF7492" w:rsidRDefault="009B7540">
    <w:pPr>
      <w:pStyle w:val="Piedepgina"/>
      <w:jc w:val="right"/>
      <w:rPr>
        <w:sz w:val="16"/>
        <w:lang w:val="es-EC"/>
      </w:rPr>
    </w:pPr>
    <w:r w:rsidRPr="004E2740">
      <w:rPr>
        <w:sz w:val="16"/>
        <w:lang w:val="es-EC"/>
      </w:rPr>
      <w:t xml:space="preserve">FRANQUICIAS ALIMENTICIAS FRANCEB CIA. LTDA. | </w:t>
    </w:r>
    <w:r w:rsidR="00FF7492" w:rsidRPr="00FF7492">
      <w:rPr>
        <w:sz w:val="16"/>
        <w:lang w:val="es-EC"/>
      </w:rPr>
      <w:t xml:space="preserve">LCR PRODUCTOS &amp; SERVICIOS CIA. LTDA. </w:t>
    </w:r>
    <w:r w:rsidR="00BF223B" w:rsidRPr="004E2740">
      <w:rPr>
        <w:sz w:val="16"/>
        <w:lang w:val="es-EC"/>
      </w:rPr>
      <w:t xml:space="preserve"> </w:t>
    </w:r>
    <w:r w:rsidRPr="004E2740">
      <w:rPr>
        <w:sz w:val="16"/>
        <w:lang w:val="es-EC"/>
      </w:rPr>
      <w:t xml:space="preserve">| Formulario para titulares | Página </w:t>
    </w:r>
    <w:r w:rsidRPr="00FF7492">
      <w:rPr>
        <w:sz w:val="16"/>
        <w:lang w:val="es-EC"/>
      </w:rPr>
      <w:fldChar w:fldCharType="begin"/>
    </w:r>
    <w:r w:rsidRPr="004E2740">
      <w:rPr>
        <w:sz w:val="16"/>
        <w:lang w:val="es-EC"/>
      </w:rPr>
      <w:instrText>PAGE</w:instrText>
    </w:r>
    <w:r w:rsidRPr="00FF7492">
      <w:rPr>
        <w:sz w:val="16"/>
        <w:lang w:val="es-EC"/>
      </w:rPr>
      <w:fldChar w:fldCharType="separate"/>
    </w:r>
    <w:r w:rsidR="00DA11C7" w:rsidRPr="004E2740">
      <w:rPr>
        <w:sz w:val="16"/>
        <w:lang w:val="es-EC"/>
      </w:rPr>
      <w:t>1</w:t>
    </w:r>
    <w:r w:rsidRPr="00FF7492">
      <w:rPr>
        <w:sz w:val="16"/>
        <w:lang w:val="es-E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E4468" w14:textId="77777777" w:rsidR="00861E98" w:rsidRDefault="00861E98">
      <w:pPr>
        <w:spacing w:after="0" w:line="240" w:lineRule="auto"/>
      </w:pPr>
      <w:r>
        <w:separator/>
      </w:r>
    </w:p>
  </w:footnote>
  <w:footnote w:type="continuationSeparator" w:id="0">
    <w:p w14:paraId="4E5B0452" w14:textId="77777777" w:rsidR="00861E98" w:rsidRDefault="00861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88DF" w14:textId="77777777" w:rsidR="002325B1" w:rsidRDefault="002325B1">
    <w:pPr>
      <w:pStyle w:val="Encabezado"/>
    </w:pPr>
  </w:p>
  <w:tbl>
    <w:tblPr>
      <w:tblW w:w="0" w:type="auto"/>
      <w:jc w:val="center"/>
      <w:tblLook w:val="04A0" w:firstRow="1" w:lastRow="0" w:firstColumn="1" w:lastColumn="0" w:noHBand="0" w:noVBand="1"/>
    </w:tblPr>
    <w:tblGrid>
      <w:gridCol w:w="4819"/>
      <w:gridCol w:w="4819"/>
    </w:tblGrid>
    <w:tr w:rsidR="002325B1" w:rsidRPr="00242AF1" w14:paraId="7A75D4B0" w14:textId="77777777">
      <w:trPr>
        <w:jc w:val="center"/>
      </w:trPr>
      <w:tc>
        <w:tcPr>
          <w:tcW w:w="4819"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739BD41C" w14:textId="77777777" w:rsidR="002325B1" w:rsidRDefault="009B7540">
          <w:r>
            <w:rPr>
              <w:noProof/>
            </w:rPr>
            <w:drawing>
              <wp:inline distT="0" distB="0" distL="0" distR="0" wp14:anchorId="1EB19CF8" wp14:editId="1EDF89DF">
                <wp:extent cx="1152000" cy="395611"/>
                <wp:effectExtent l="0" t="0" r="0" b="0"/>
                <wp:docPr id="13017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LCR (1).png"/>
                        <pic:cNvPicPr/>
                      </pic:nvPicPr>
                      <pic:blipFill>
                        <a:blip r:embed="rId1"/>
                        <a:stretch>
                          <a:fillRect/>
                        </a:stretch>
                      </pic:blipFill>
                      <pic:spPr>
                        <a:xfrm>
                          <a:off x="0" y="0"/>
                          <a:ext cx="1152000" cy="395611"/>
                        </a:xfrm>
                        <a:prstGeom prst="rect">
                          <a:avLst/>
                        </a:prstGeom>
                      </pic:spPr>
                    </pic:pic>
                  </a:graphicData>
                </a:graphic>
              </wp:inline>
            </w:drawing>
          </w:r>
        </w:p>
      </w:tc>
      <w:tc>
        <w:tcPr>
          <w:tcW w:w="4819"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tcPr>
        <w:p w14:paraId="3C25352D" w14:textId="00E4E5F6" w:rsidR="002325B1" w:rsidRPr="004E2740" w:rsidRDefault="009B7540" w:rsidP="003115D1">
          <w:pPr>
            <w:jc w:val="right"/>
            <w:rPr>
              <w:lang w:val="es-EC"/>
            </w:rPr>
          </w:pPr>
          <w:r w:rsidRPr="004E2740">
            <w:rPr>
              <w:b/>
              <w:color w:val="006C2E"/>
              <w:sz w:val="18"/>
              <w:lang w:val="es-EC"/>
            </w:rPr>
            <w:t>Formulario ARSO+ para el ejercicio de derechos</w:t>
          </w:r>
          <w:r w:rsidRPr="004E2740">
            <w:rPr>
              <w:b/>
              <w:color w:val="006C2E"/>
              <w:sz w:val="18"/>
              <w:lang w:val="es-EC"/>
            </w:rPr>
            <w:br/>
          </w:r>
          <w:r w:rsidRPr="004E2740">
            <w:rPr>
              <w:sz w:val="16"/>
              <w:lang w:val="es-EC"/>
            </w:rPr>
            <w:t xml:space="preserve">FRANCEB-LCR-PDP-FOR-001 | </w:t>
          </w:r>
          <w:r w:rsidR="003115D1" w:rsidRPr="004E2740">
            <w:rPr>
              <w:sz w:val="16"/>
              <w:lang w:val="es-EC"/>
            </w:rPr>
            <w:t>Uso Interno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E4D6980C"/>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58894839"/>
    <w:multiLevelType w:val="hybridMultilevel"/>
    <w:tmpl w:val="BF9C3D56"/>
    <w:lvl w:ilvl="0" w:tplc="6F2EB670">
      <w:start w:val="1"/>
      <w:numFmt w:val="decimal"/>
      <w:lvlText w:val="%1."/>
      <w:lvlJc w:val="left"/>
      <w:pPr>
        <w:ind w:left="360" w:hanging="360"/>
      </w:pPr>
      <w:rPr>
        <w:b/>
        <w:bCs/>
        <w:sz w:val="20"/>
        <w:szCs w:val="20"/>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458B"/>
    <w:rsid w:val="001A215E"/>
    <w:rsid w:val="002325B1"/>
    <w:rsid w:val="00242AF1"/>
    <w:rsid w:val="0029639D"/>
    <w:rsid w:val="003115D1"/>
    <w:rsid w:val="00326F90"/>
    <w:rsid w:val="003452C8"/>
    <w:rsid w:val="003F1DFC"/>
    <w:rsid w:val="004238DB"/>
    <w:rsid w:val="004E2740"/>
    <w:rsid w:val="00562555"/>
    <w:rsid w:val="00571535"/>
    <w:rsid w:val="00591F2F"/>
    <w:rsid w:val="005D4F75"/>
    <w:rsid w:val="00685DC3"/>
    <w:rsid w:val="006A77E8"/>
    <w:rsid w:val="006D2F45"/>
    <w:rsid w:val="006E3335"/>
    <w:rsid w:val="006F4CF2"/>
    <w:rsid w:val="006F5E7F"/>
    <w:rsid w:val="0073533B"/>
    <w:rsid w:val="007473D7"/>
    <w:rsid w:val="007E3759"/>
    <w:rsid w:val="00856DE1"/>
    <w:rsid w:val="00861E98"/>
    <w:rsid w:val="008A3858"/>
    <w:rsid w:val="008B71FB"/>
    <w:rsid w:val="00911172"/>
    <w:rsid w:val="00940B99"/>
    <w:rsid w:val="009835FB"/>
    <w:rsid w:val="009B7540"/>
    <w:rsid w:val="009C2807"/>
    <w:rsid w:val="009D5126"/>
    <w:rsid w:val="00A54277"/>
    <w:rsid w:val="00A668FD"/>
    <w:rsid w:val="00AA1D8D"/>
    <w:rsid w:val="00AB31C6"/>
    <w:rsid w:val="00AB6B81"/>
    <w:rsid w:val="00AE345F"/>
    <w:rsid w:val="00B12912"/>
    <w:rsid w:val="00B40CE9"/>
    <w:rsid w:val="00B47730"/>
    <w:rsid w:val="00BF223B"/>
    <w:rsid w:val="00BF7626"/>
    <w:rsid w:val="00C30547"/>
    <w:rsid w:val="00CB0664"/>
    <w:rsid w:val="00D861E4"/>
    <w:rsid w:val="00DA11C7"/>
    <w:rsid w:val="00E0033B"/>
    <w:rsid w:val="00E55BB7"/>
    <w:rsid w:val="00E950E9"/>
    <w:rsid w:val="00F836EB"/>
    <w:rsid w:val="00FA7AFE"/>
    <w:rsid w:val="00FB0CF1"/>
    <w:rsid w:val="00FC693F"/>
    <w:rsid w:val="00FF7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062061"/>
  <w14:defaultImageDpi w14:val="300"/>
  <w15:docId w15:val="{437CBB9F-CBD1-4B97-AE6E-1B747392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Liberation Sans" w:eastAsia="Liberation Sans" w:hAnsi="Liberation Sans"/>
      <w:color w:val="222221"/>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00953E"/>
      <w:sz w:val="32"/>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006C2E"/>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F08A01"/>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6C2E"/>
      <w:spacing w:val="5"/>
      <w:kern w:val="28"/>
      <w:sz w:val="48"/>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aconcuadrcula1">
    <w:name w:val="Tabla con cuadrícula1"/>
    <w:basedOn w:val="Tablanormal"/>
    <w:next w:val="Tablaconcuadrcula"/>
    <w:uiPriority w:val="59"/>
    <w:rsid w:val="00F836EB"/>
    <w:pPr>
      <w:spacing w:after="0" w:line="240" w:lineRule="auto"/>
    </w:pPr>
    <w:rPr>
      <w:rFonts w:ascii="Liberation Sans" w:eastAsia="Liberation Sans" w:hAnsi="Liberation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41713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2328</Words>
  <Characters>12806</Characters>
  <Application>Microsoft Office Word</Application>
  <DocSecurity>0</DocSecurity>
  <Lines>106</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Formulario ARSO+ para el ejercicio de derechos de titulares - FRANCEB</vt:lpstr>
      <vt:lpstr/>
    </vt:vector>
  </TitlesOfParts>
  <Manager/>
  <Company/>
  <LinksUpToDate>false</LinksUpToDate>
  <CharactersWithSpaces>15104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ARSO+ para el ejercicio de derechos de titulares - FRANCEB</dc:title>
  <dc:subject>Protección de datos personales</dc:subject>
  <dc:creator>Asesores externos en protección de datos personales</dc:creator>
  <cp:keywords>LOPDP, ejercicio de derechos, ARSO+, FRANCEB, Los Cebiches de la Rumiñahui</cp:keywords>
  <dc:description>Documento preparado para FRANQUICIAS ALIMENTICIAS FRANCEB CIA. LTDA.</dc:description>
  <cp:lastModifiedBy>Jorge Pérez</cp:lastModifiedBy>
  <cp:revision>5</cp:revision>
  <dcterms:created xsi:type="dcterms:W3CDTF">2026-06-01T21:08:00Z</dcterms:created>
  <dcterms:modified xsi:type="dcterms:W3CDTF">2026-08-06T16:06:00Z</dcterms:modified>
  <cp:category>Protección de Datos Personales</cp:category>
</cp:coreProperties>
</file>